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5B80CE" w14:textId="77777777" w:rsidR="005E56C8" w:rsidRPr="00530401" w:rsidRDefault="00000000">
      <w:pPr>
        <w:spacing w:after="80"/>
        <w:rPr>
          <w:color w:val="000000" w:themeColor="text1"/>
        </w:rPr>
      </w:pPr>
      <w:r w:rsidRPr="00530401">
        <w:rPr>
          <w:rFonts w:ascii="Calibri" w:hAnsi="Calibri"/>
          <w:b/>
          <w:color w:val="000000" w:themeColor="text1"/>
          <w:sz w:val="40"/>
        </w:rPr>
        <w:t>Практическая работа №2: Наполнение страницы контентом в VS Code</w:t>
      </w:r>
    </w:p>
    <w:p w14:paraId="097336B6" w14:textId="77777777" w:rsidR="005E56C8" w:rsidRDefault="00000000">
      <w:pPr>
        <w:spacing w:before="240" w:after="120"/>
      </w:pPr>
      <w:r>
        <w:rPr>
          <w:rFonts w:ascii="Calibri" w:hAnsi="Calibri"/>
          <w:b/>
          <w:color w:val="0284C7"/>
          <w:sz w:val="28"/>
        </w:rPr>
        <w:t>Цели работы</w:t>
      </w:r>
    </w:p>
    <w:p w14:paraId="240686D0" w14:textId="77777777" w:rsidR="005E56C8" w:rsidRDefault="00000000">
      <w:pPr>
        <w:pStyle w:val="a0"/>
        <w:spacing w:after="60"/>
      </w:pPr>
      <w:r>
        <w:rPr>
          <w:rFonts w:ascii="Calibri" w:hAnsi="Calibri"/>
          <w:sz w:val="21"/>
        </w:rPr>
        <w:t>Освоить инструменты разработчика в VS Code: расширение Live Server, Emmet-сокращения и автоформатирование кода.</w:t>
      </w:r>
    </w:p>
    <w:p w14:paraId="296E90DC" w14:textId="77777777" w:rsidR="005E56C8" w:rsidRDefault="00000000">
      <w:pPr>
        <w:pStyle w:val="a0"/>
        <w:spacing w:after="60"/>
      </w:pPr>
      <w:r>
        <w:rPr>
          <w:rFonts w:ascii="Calibri" w:hAnsi="Calibri"/>
          <w:sz w:val="21"/>
        </w:rPr>
        <w:t>Научиться структурировать файлы проекта и подключать локальные изображения через тег &lt;img&gt; с атрибутом alt.</w:t>
      </w:r>
    </w:p>
    <w:p w14:paraId="11B823B6" w14:textId="77777777" w:rsidR="005E56C8" w:rsidRDefault="00000000">
      <w:pPr>
        <w:pStyle w:val="a0"/>
        <w:spacing w:after="60"/>
      </w:pPr>
      <w:r>
        <w:rPr>
          <w:rFonts w:ascii="Calibri" w:hAnsi="Calibri"/>
          <w:sz w:val="21"/>
        </w:rPr>
        <w:t>Освоить смысловое форматирование текста тегами &lt;strong&gt;, &lt;em&gt;, &lt;hr&gt;, &lt;br&gt;.</w:t>
      </w:r>
    </w:p>
    <w:p w14:paraId="603EC426" w14:textId="77777777" w:rsidR="005E56C8" w:rsidRDefault="00000000">
      <w:pPr>
        <w:pStyle w:val="a0"/>
        <w:spacing w:after="60"/>
      </w:pPr>
      <w:r>
        <w:rPr>
          <w:rFonts w:ascii="Calibri" w:hAnsi="Calibri"/>
          <w:sz w:val="21"/>
        </w:rPr>
        <w:t>Научиться создавать маркированные (&lt;ul&gt;) и нумерованные (&lt;ol&gt;) списки.</w:t>
      </w:r>
    </w:p>
    <w:p w14:paraId="62F7C722" w14:textId="77777777" w:rsidR="005E56C8" w:rsidRDefault="00000000">
      <w:pPr>
        <w:pStyle w:val="a0"/>
        <w:spacing w:after="60"/>
      </w:pPr>
      <w:r>
        <w:rPr>
          <w:rFonts w:ascii="Calibri" w:hAnsi="Calibri"/>
          <w:sz w:val="21"/>
        </w:rPr>
        <w:t>Научиться создавать внешние гиперссылки (&lt;a&gt;) с атрибутом target="_blank" и делать картинки кликабельными.</w:t>
      </w:r>
    </w:p>
    <w:p w14:paraId="569F61AE" w14:textId="77777777" w:rsidR="005E56C8" w:rsidRDefault="00000000">
      <w:pPr>
        <w:pStyle w:val="a0"/>
        <w:spacing w:after="60"/>
      </w:pPr>
      <w:r>
        <w:rPr>
          <w:rFonts w:ascii="Calibri" w:hAnsi="Calibri"/>
          <w:sz w:val="21"/>
        </w:rPr>
        <w:t>Наполнить контентом страницу выбранного вами индивидуального проекта.</w:t>
      </w:r>
    </w:p>
    <w:p w14:paraId="3B73337E" w14:textId="77777777" w:rsidR="005E56C8" w:rsidRDefault="00000000">
      <w:pPr>
        <w:spacing w:before="240" w:after="120"/>
      </w:pPr>
      <w:r>
        <w:rPr>
          <w:rFonts w:ascii="Calibri" w:hAnsi="Calibri"/>
          <w:b/>
          <w:color w:val="0284C7"/>
          <w:sz w:val="26"/>
        </w:rPr>
        <w:t>Горячие клавиши VS Code (сохраните в закладки!)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5E56C8" w14:paraId="428EDECE" w14:textId="77777777">
        <w:trPr>
          <w:jc w:val="center"/>
        </w:trPr>
        <w:tc>
          <w:tcPr>
            <w:tcW w:w="3312" w:type="dxa"/>
            <w:shd w:val="clear" w:color="auto" w:fill="1E3A8A"/>
          </w:tcPr>
          <w:p w14:paraId="4D8B3619" w14:textId="77777777" w:rsidR="005E56C8" w:rsidRDefault="00000000">
            <w:pPr>
              <w:spacing w:before="60" w:after="60"/>
            </w:pPr>
            <w:r>
              <w:rPr>
                <w:rFonts w:ascii="Calibri" w:hAnsi="Calibri"/>
                <w:b/>
                <w:color w:val="FFFFFF"/>
                <w:sz w:val="19"/>
              </w:rPr>
              <w:t>Действие</w:t>
            </w:r>
          </w:p>
        </w:tc>
        <w:tc>
          <w:tcPr>
            <w:tcW w:w="3312" w:type="dxa"/>
            <w:shd w:val="clear" w:color="auto" w:fill="1E3A8A"/>
          </w:tcPr>
          <w:p w14:paraId="70A7484D" w14:textId="77777777" w:rsidR="005E56C8" w:rsidRDefault="00000000">
            <w:pPr>
              <w:spacing w:before="60" w:after="60"/>
            </w:pPr>
            <w:r>
              <w:rPr>
                <w:rFonts w:ascii="Calibri" w:hAnsi="Calibri"/>
                <w:b/>
                <w:color w:val="FFFFFF"/>
                <w:sz w:val="19"/>
              </w:rPr>
              <w:t>Windows / Linux</w:t>
            </w:r>
          </w:p>
        </w:tc>
        <w:tc>
          <w:tcPr>
            <w:tcW w:w="3312" w:type="dxa"/>
            <w:shd w:val="clear" w:color="auto" w:fill="1E3A8A"/>
          </w:tcPr>
          <w:p w14:paraId="5C8DAF67" w14:textId="77777777" w:rsidR="005E56C8" w:rsidRDefault="00000000">
            <w:pPr>
              <w:spacing w:before="60" w:after="60"/>
            </w:pPr>
            <w:r>
              <w:rPr>
                <w:rFonts w:ascii="Calibri" w:hAnsi="Calibri"/>
                <w:b/>
                <w:color w:val="FFFFFF"/>
                <w:sz w:val="19"/>
              </w:rPr>
              <w:t>macOS</w:t>
            </w:r>
          </w:p>
        </w:tc>
      </w:tr>
      <w:tr w:rsidR="005E56C8" w14:paraId="2C342900" w14:textId="77777777">
        <w:trPr>
          <w:jc w:val="center"/>
        </w:trPr>
        <w:tc>
          <w:tcPr>
            <w:tcW w:w="3312" w:type="dxa"/>
            <w:shd w:val="clear" w:color="auto" w:fill="F8FAFC"/>
          </w:tcPr>
          <w:p w14:paraId="7E065D3F" w14:textId="77777777" w:rsidR="005E56C8" w:rsidRDefault="00000000">
            <w:pPr>
              <w:spacing w:before="60" w:after="60"/>
            </w:pPr>
            <w:r>
              <w:rPr>
                <w:rFonts w:ascii="Calibri" w:hAnsi="Calibri"/>
                <w:b/>
                <w:sz w:val="19"/>
              </w:rPr>
              <w:t>Сохранить файл</w:t>
            </w:r>
          </w:p>
        </w:tc>
        <w:tc>
          <w:tcPr>
            <w:tcW w:w="3312" w:type="dxa"/>
            <w:shd w:val="clear" w:color="auto" w:fill="F8FAFC"/>
          </w:tcPr>
          <w:p w14:paraId="553446FA" w14:textId="77777777" w:rsidR="005E56C8" w:rsidRDefault="00000000">
            <w:pPr>
              <w:spacing w:before="60" w:after="60"/>
            </w:pPr>
            <w:r>
              <w:rPr>
                <w:rFonts w:ascii="Calibri" w:hAnsi="Calibri"/>
                <w:sz w:val="19"/>
              </w:rPr>
              <w:t>Ctrl + S</w:t>
            </w:r>
          </w:p>
        </w:tc>
        <w:tc>
          <w:tcPr>
            <w:tcW w:w="3312" w:type="dxa"/>
            <w:shd w:val="clear" w:color="auto" w:fill="F8FAFC"/>
          </w:tcPr>
          <w:p w14:paraId="5193BFDC" w14:textId="77777777" w:rsidR="005E56C8" w:rsidRDefault="00000000">
            <w:pPr>
              <w:spacing w:before="60" w:after="60"/>
            </w:pPr>
            <w:r>
              <w:rPr>
                <w:rFonts w:ascii="Calibri" w:hAnsi="Calibri"/>
                <w:sz w:val="19"/>
              </w:rPr>
              <w:t>Cmd + S</w:t>
            </w:r>
          </w:p>
        </w:tc>
      </w:tr>
      <w:tr w:rsidR="005E56C8" w14:paraId="6969C1F6" w14:textId="77777777">
        <w:trPr>
          <w:jc w:val="center"/>
        </w:trPr>
        <w:tc>
          <w:tcPr>
            <w:tcW w:w="3312" w:type="dxa"/>
            <w:shd w:val="clear" w:color="auto" w:fill="FFFFFF"/>
          </w:tcPr>
          <w:p w14:paraId="6815A2D0" w14:textId="77777777" w:rsidR="005E56C8" w:rsidRDefault="00000000">
            <w:pPr>
              <w:spacing w:before="60" w:after="60"/>
            </w:pPr>
            <w:r>
              <w:rPr>
                <w:rFonts w:ascii="Calibri" w:hAnsi="Calibri"/>
                <w:b/>
                <w:sz w:val="19"/>
              </w:rPr>
              <w:t>Автоформатирование кода (выравнивание)</w:t>
            </w:r>
          </w:p>
        </w:tc>
        <w:tc>
          <w:tcPr>
            <w:tcW w:w="3312" w:type="dxa"/>
            <w:shd w:val="clear" w:color="auto" w:fill="FFFFFF"/>
          </w:tcPr>
          <w:p w14:paraId="21140026" w14:textId="77777777" w:rsidR="005E56C8" w:rsidRDefault="00000000">
            <w:pPr>
              <w:spacing w:before="60" w:after="60"/>
            </w:pPr>
            <w:r>
              <w:rPr>
                <w:rFonts w:ascii="Calibri" w:hAnsi="Calibri"/>
                <w:sz w:val="19"/>
              </w:rPr>
              <w:t>Shift + Alt + F</w:t>
            </w:r>
          </w:p>
        </w:tc>
        <w:tc>
          <w:tcPr>
            <w:tcW w:w="3312" w:type="dxa"/>
            <w:shd w:val="clear" w:color="auto" w:fill="FFFFFF"/>
          </w:tcPr>
          <w:p w14:paraId="17566B94" w14:textId="77777777" w:rsidR="005E56C8" w:rsidRDefault="00000000">
            <w:pPr>
              <w:spacing w:before="60" w:after="60"/>
            </w:pPr>
            <w:r>
              <w:rPr>
                <w:rFonts w:ascii="Calibri" w:hAnsi="Calibri"/>
                <w:sz w:val="19"/>
              </w:rPr>
              <w:t>Shift + Option + F</w:t>
            </w:r>
          </w:p>
        </w:tc>
      </w:tr>
      <w:tr w:rsidR="005E56C8" w14:paraId="4B368CCD" w14:textId="77777777">
        <w:trPr>
          <w:jc w:val="center"/>
        </w:trPr>
        <w:tc>
          <w:tcPr>
            <w:tcW w:w="3312" w:type="dxa"/>
            <w:shd w:val="clear" w:color="auto" w:fill="F8FAFC"/>
          </w:tcPr>
          <w:p w14:paraId="1942F939" w14:textId="77777777" w:rsidR="005E56C8" w:rsidRDefault="00000000">
            <w:pPr>
              <w:spacing w:before="60" w:after="60"/>
            </w:pPr>
            <w:r>
              <w:rPr>
                <w:rFonts w:ascii="Calibri" w:hAnsi="Calibri"/>
                <w:b/>
                <w:sz w:val="19"/>
              </w:rPr>
              <w:t>Включить перенос длинных строк</w:t>
            </w:r>
          </w:p>
        </w:tc>
        <w:tc>
          <w:tcPr>
            <w:tcW w:w="3312" w:type="dxa"/>
            <w:shd w:val="clear" w:color="auto" w:fill="F8FAFC"/>
          </w:tcPr>
          <w:p w14:paraId="395FC70A" w14:textId="77777777" w:rsidR="005E56C8" w:rsidRDefault="00000000">
            <w:pPr>
              <w:spacing w:before="60" w:after="60"/>
            </w:pPr>
            <w:r>
              <w:rPr>
                <w:rFonts w:ascii="Calibri" w:hAnsi="Calibri"/>
                <w:sz w:val="19"/>
              </w:rPr>
              <w:t>Alt + Z</w:t>
            </w:r>
          </w:p>
        </w:tc>
        <w:tc>
          <w:tcPr>
            <w:tcW w:w="3312" w:type="dxa"/>
            <w:shd w:val="clear" w:color="auto" w:fill="F8FAFC"/>
          </w:tcPr>
          <w:p w14:paraId="2A63A17A" w14:textId="77777777" w:rsidR="005E56C8" w:rsidRDefault="00000000">
            <w:pPr>
              <w:spacing w:before="60" w:after="60"/>
            </w:pPr>
            <w:r>
              <w:rPr>
                <w:rFonts w:ascii="Calibri" w:hAnsi="Calibri"/>
                <w:sz w:val="19"/>
              </w:rPr>
              <w:t>Option + Z</w:t>
            </w:r>
          </w:p>
        </w:tc>
      </w:tr>
      <w:tr w:rsidR="005E56C8" w14:paraId="7BA7A0C3" w14:textId="77777777">
        <w:trPr>
          <w:jc w:val="center"/>
        </w:trPr>
        <w:tc>
          <w:tcPr>
            <w:tcW w:w="3312" w:type="dxa"/>
            <w:shd w:val="clear" w:color="auto" w:fill="FFFFFF"/>
          </w:tcPr>
          <w:p w14:paraId="06C47941" w14:textId="77777777" w:rsidR="005E56C8" w:rsidRDefault="00000000">
            <w:pPr>
              <w:spacing w:before="60" w:after="60"/>
            </w:pPr>
            <w:r>
              <w:rPr>
                <w:rFonts w:ascii="Calibri" w:hAnsi="Calibri"/>
                <w:b/>
                <w:sz w:val="19"/>
              </w:rPr>
              <w:t>Дублировать строку вниз</w:t>
            </w:r>
          </w:p>
        </w:tc>
        <w:tc>
          <w:tcPr>
            <w:tcW w:w="3312" w:type="dxa"/>
            <w:shd w:val="clear" w:color="auto" w:fill="FFFFFF"/>
          </w:tcPr>
          <w:p w14:paraId="3A6C71DA" w14:textId="77777777" w:rsidR="005E56C8" w:rsidRDefault="00000000">
            <w:pPr>
              <w:spacing w:before="60" w:after="60"/>
            </w:pPr>
            <w:r>
              <w:rPr>
                <w:rFonts w:ascii="Calibri" w:hAnsi="Calibri"/>
                <w:sz w:val="19"/>
              </w:rPr>
              <w:t>Shift + Alt + ↓</w:t>
            </w:r>
          </w:p>
        </w:tc>
        <w:tc>
          <w:tcPr>
            <w:tcW w:w="3312" w:type="dxa"/>
            <w:shd w:val="clear" w:color="auto" w:fill="FFFFFF"/>
          </w:tcPr>
          <w:p w14:paraId="6D589DB9" w14:textId="77777777" w:rsidR="005E56C8" w:rsidRDefault="00000000">
            <w:pPr>
              <w:spacing w:before="60" w:after="60"/>
            </w:pPr>
            <w:r>
              <w:rPr>
                <w:rFonts w:ascii="Calibri" w:hAnsi="Calibri"/>
                <w:sz w:val="19"/>
              </w:rPr>
              <w:t>Shift + Option + ↓</w:t>
            </w:r>
          </w:p>
        </w:tc>
      </w:tr>
      <w:tr w:rsidR="005E56C8" w14:paraId="3B4EF2A2" w14:textId="77777777">
        <w:trPr>
          <w:jc w:val="center"/>
        </w:trPr>
        <w:tc>
          <w:tcPr>
            <w:tcW w:w="3312" w:type="dxa"/>
            <w:shd w:val="clear" w:color="auto" w:fill="F8FAFC"/>
          </w:tcPr>
          <w:p w14:paraId="68CF61E2" w14:textId="77777777" w:rsidR="005E56C8" w:rsidRDefault="00000000">
            <w:pPr>
              <w:spacing w:before="60" w:after="60"/>
            </w:pPr>
            <w:r>
              <w:rPr>
                <w:rFonts w:ascii="Calibri" w:hAnsi="Calibri"/>
                <w:b/>
                <w:sz w:val="19"/>
              </w:rPr>
              <w:t>Закомментировать строку</w:t>
            </w:r>
          </w:p>
        </w:tc>
        <w:tc>
          <w:tcPr>
            <w:tcW w:w="3312" w:type="dxa"/>
            <w:shd w:val="clear" w:color="auto" w:fill="F8FAFC"/>
          </w:tcPr>
          <w:p w14:paraId="76EAFD7B" w14:textId="77777777" w:rsidR="005E56C8" w:rsidRDefault="00000000">
            <w:pPr>
              <w:spacing w:before="60" w:after="60"/>
            </w:pPr>
            <w:r>
              <w:rPr>
                <w:rFonts w:ascii="Calibri" w:hAnsi="Calibri"/>
                <w:sz w:val="19"/>
              </w:rPr>
              <w:t>Ctrl + /</w:t>
            </w:r>
          </w:p>
        </w:tc>
        <w:tc>
          <w:tcPr>
            <w:tcW w:w="3312" w:type="dxa"/>
            <w:shd w:val="clear" w:color="auto" w:fill="F8FAFC"/>
          </w:tcPr>
          <w:p w14:paraId="300B447B" w14:textId="77777777" w:rsidR="005E56C8" w:rsidRDefault="00000000">
            <w:pPr>
              <w:spacing w:before="60" w:after="60"/>
            </w:pPr>
            <w:r>
              <w:rPr>
                <w:rFonts w:ascii="Calibri" w:hAnsi="Calibri"/>
                <w:sz w:val="19"/>
              </w:rPr>
              <w:t>Cmd + /</w:t>
            </w:r>
          </w:p>
        </w:tc>
      </w:tr>
      <w:tr w:rsidR="005E56C8" w14:paraId="4C3B5563" w14:textId="77777777">
        <w:trPr>
          <w:jc w:val="center"/>
        </w:trPr>
        <w:tc>
          <w:tcPr>
            <w:tcW w:w="3312" w:type="dxa"/>
            <w:shd w:val="clear" w:color="auto" w:fill="FFFFFF"/>
          </w:tcPr>
          <w:p w14:paraId="5EBF036C" w14:textId="77777777" w:rsidR="005E56C8" w:rsidRDefault="00000000">
            <w:pPr>
              <w:spacing w:before="60" w:after="60"/>
            </w:pPr>
            <w:r>
              <w:rPr>
                <w:rFonts w:ascii="Calibri" w:hAnsi="Calibri"/>
                <w:b/>
                <w:sz w:val="19"/>
              </w:rPr>
              <w:t>Панель расширений (Extensions)</w:t>
            </w:r>
          </w:p>
        </w:tc>
        <w:tc>
          <w:tcPr>
            <w:tcW w:w="3312" w:type="dxa"/>
            <w:shd w:val="clear" w:color="auto" w:fill="FFFFFF"/>
          </w:tcPr>
          <w:p w14:paraId="60F32684" w14:textId="77777777" w:rsidR="005E56C8" w:rsidRDefault="00000000">
            <w:pPr>
              <w:spacing w:before="60" w:after="60"/>
            </w:pPr>
            <w:r>
              <w:rPr>
                <w:rFonts w:ascii="Calibri" w:hAnsi="Calibri"/>
                <w:sz w:val="19"/>
              </w:rPr>
              <w:t>Ctrl + Shift + X</w:t>
            </w:r>
          </w:p>
        </w:tc>
        <w:tc>
          <w:tcPr>
            <w:tcW w:w="3312" w:type="dxa"/>
            <w:shd w:val="clear" w:color="auto" w:fill="FFFFFF"/>
          </w:tcPr>
          <w:p w14:paraId="6B197F73" w14:textId="77777777" w:rsidR="005E56C8" w:rsidRDefault="00000000">
            <w:pPr>
              <w:spacing w:before="60" w:after="60"/>
            </w:pPr>
            <w:r>
              <w:rPr>
                <w:rFonts w:ascii="Calibri" w:hAnsi="Calibri"/>
                <w:sz w:val="19"/>
              </w:rPr>
              <w:t>Cmd + Shift + X</w:t>
            </w:r>
          </w:p>
        </w:tc>
      </w:tr>
    </w:tbl>
    <w:p w14:paraId="1B47A57D" w14:textId="77777777" w:rsidR="005E56C8" w:rsidRDefault="005E56C8">
      <w:pPr>
        <w:spacing w:after="120"/>
      </w:pPr>
    </w:p>
    <w:p w14:paraId="26A45CD1" w14:textId="77777777" w:rsidR="005E56C8" w:rsidRDefault="00000000">
      <w:pPr>
        <w:spacing w:before="160" w:after="40"/>
      </w:pPr>
      <w:r>
        <w:rPr>
          <w:rFonts w:ascii="Calibri" w:hAnsi="Calibri"/>
          <w:b/>
          <w:color w:val="1E3A8A"/>
          <w:sz w:val="24"/>
        </w:rPr>
        <w:t>Шаг 1. Открытие проекта в VS Code</w:t>
      </w:r>
    </w:p>
    <w:p w14:paraId="0A897E71" w14:textId="77777777" w:rsidR="005E56C8" w:rsidRDefault="00000000">
      <w:pPr>
        <w:spacing w:after="80"/>
      </w:pPr>
      <w:r>
        <w:rPr>
          <w:rFonts w:ascii="Calibri" w:hAnsi="Calibri"/>
          <w:sz w:val="20"/>
        </w:rPr>
        <w:t>Запустите VS Code. В меню выберите «Файл» -&gt; «Открыть папку...» и выберите вашу рабочую папку проекта с прошлого занятия (например, my_site). Откройте файл index.html в левой панели проводника.</w:t>
      </w:r>
    </w:p>
    <w:p w14:paraId="57C47796" w14:textId="77777777" w:rsidR="005E56C8" w:rsidRDefault="00000000">
      <w:pPr>
        <w:spacing w:before="160" w:after="40"/>
      </w:pPr>
      <w:r>
        <w:rPr>
          <w:rFonts w:ascii="Calibri" w:hAnsi="Calibri"/>
          <w:b/>
          <w:color w:val="1E3A8A"/>
          <w:sz w:val="24"/>
        </w:rPr>
        <w:t>Шаг 2. Установка и запуск расширения Live Server</w:t>
      </w:r>
    </w:p>
    <w:p w14:paraId="272C9AB9" w14:textId="77777777" w:rsidR="005E56C8" w:rsidRDefault="00000000">
      <w:pPr>
        <w:spacing w:after="80"/>
      </w:pPr>
      <w:r>
        <w:rPr>
          <w:rFonts w:ascii="Calibri" w:hAnsi="Calibri"/>
          <w:sz w:val="20"/>
        </w:rPr>
        <w:t>1. Нажмите Ctrl+Shift+X (или значок кубиков слева) для перехода в Extensions.</w:t>
      </w:r>
      <w:r>
        <w:rPr>
          <w:rFonts w:ascii="Calibri" w:hAnsi="Calibri"/>
          <w:sz w:val="20"/>
        </w:rPr>
        <w:br/>
        <w:t>2. В поиске введите Live Server (автор: Ritwick Dey) и нажмите Install.</w:t>
      </w:r>
      <w:r>
        <w:rPr>
          <w:rFonts w:ascii="Calibri" w:hAnsi="Calibri"/>
          <w:sz w:val="20"/>
        </w:rPr>
        <w:br/>
        <w:t>3. Вернитесь в index.html, нажмите правой кнопкой мыши по коду и выберите «Open with Live Server» (или нажмите «Go Live» в синей полосе внизу справа). Страница откроется в браузере и будет автоматически обновляться при каждом сохранении Ctrl+S!</w:t>
      </w:r>
    </w:p>
    <w:p w14:paraId="75386DE4" w14:textId="77777777" w:rsidR="005E56C8" w:rsidRDefault="00000000">
      <w:pPr>
        <w:spacing w:before="160" w:after="40"/>
      </w:pPr>
      <w:r>
        <w:rPr>
          <w:rFonts w:ascii="Calibri" w:hAnsi="Calibri"/>
          <w:b/>
          <w:color w:val="1E3A8A"/>
          <w:sz w:val="24"/>
        </w:rPr>
        <w:t>Шаг 3. Подготовка папки для медиафайлов (images)</w:t>
      </w:r>
    </w:p>
    <w:p w14:paraId="10DCB6FF" w14:textId="77777777" w:rsidR="005E56C8" w:rsidRDefault="00000000">
      <w:pPr>
        <w:spacing w:after="80"/>
      </w:pPr>
      <w:r>
        <w:rPr>
          <w:rFonts w:ascii="Calibri" w:hAnsi="Calibri"/>
          <w:sz w:val="20"/>
        </w:rPr>
        <w:t>В проводнике VS Code создайте внутри вашего проекта подпапку «images». Найдите в сети 2-3 картинки по вашей теме (например: логотип, постер, фото), сохраните их понятными латинскими именами без пробелов (например: hero.jpg, logo.png) и скопируйте в созданную папку images.</w:t>
      </w:r>
    </w:p>
    <w:p w14:paraId="7E650F27" w14:textId="77777777" w:rsidR="005E56C8" w:rsidRDefault="00000000">
      <w:pPr>
        <w:spacing w:before="160" w:after="40"/>
      </w:pPr>
      <w:r>
        <w:rPr>
          <w:rFonts w:ascii="Calibri" w:hAnsi="Calibri"/>
          <w:b/>
          <w:color w:val="1E3A8A"/>
          <w:sz w:val="24"/>
        </w:rPr>
        <w:t>Шаг 4. Добавление главного изображения (тег &lt;img&gt;)</w:t>
      </w:r>
    </w:p>
    <w:p w14:paraId="0603460E" w14:textId="77777777" w:rsidR="005E56C8" w:rsidRDefault="00000000">
      <w:r>
        <w:rPr>
          <w:rFonts w:ascii="Calibri" w:hAnsi="Calibri"/>
          <w:sz w:val="20"/>
        </w:rPr>
        <w:lastRenderedPageBreak/>
        <w:t>Внутри тега &lt;body&gt; под заголовком &lt;h1&gt; добавьте тег изображения с обязательными атрибутами src, alt и шириной width: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5E56C8" w14:paraId="7E697F39" w14:textId="77777777">
        <w:trPr>
          <w:jc w:val="center"/>
        </w:trPr>
        <w:tc>
          <w:tcPr>
            <w:tcW w:w="9936" w:type="dxa"/>
            <w:tcBorders>
              <w:top w:val="single" w:sz="6" w:space="0" w:color="38BDF8"/>
              <w:left w:val="single" w:sz="18" w:space="0" w:color="38BDF8"/>
              <w:bottom w:val="single" w:sz="6" w:space="0" w:color="38BDF8"/>
              <w:right w:val="single" w:sz="6" w:space="0" w:color="38BDF8"/>
            </w:tcBorders>
            <w:shd w:val="clear" w:color="auto" w:fill="0F172A"/>
          </w:tcPr>
          <w:p w14:paraId="46A3365E" w14:textId="77777777" w:rsidR="005E56C8" w:rsidRDefault="00000000">
            <w:pPr>
              <w:spacing w:before="120" w:after="120"/>
            </w:pPr>
            <w:r>
              <w:rPr>
                <w:rFonts w:ascii="Consolas" w:hAnsi="Consolas"/>
                <w:color w:val="38BDF8"/>
                <w:sz w:val="19"/>
              </w:rPr>
              <w:t>&lt;img src="images/hero.jpg" alt="Главная иллюстрация проекта" width="400"&gt;</w:t>
            </w:r>
          </w:p>
        </w:tc>
      </w:tr>
      <w:tr w:rsidR="005E56C8" w14:paraId="091C5523" w14:textId="77777777">
        <w:trPr>
          <w:jc w:val="center"/>
        </w:trPr>
        <w:tc>
          <w:tcPr>
            <w:tcW w:w="9936" w:type="dxa"/>
            <w:tcBorders>
              <w:left w:val="single" w:sz="24" w:space="0" w:color="0284C7"/>
            </w:tcBorders>
            <w:shd w:val="clear" w:color="auto" w:fill="F1F5F9"/>
          </w:tcPr>
          <w:p w14:paraId="3042AE0F" w14:textId="77777777" w:rsidR="005E56C8" w:rsidRDefault="00000000">
            <w:pPr>
              <w:spacing w:before="80" w:after="80"/>
            </w:pPr>
            <w:r>
              <w:rPr>
                <w:rFonts w:ascii="Calibri" w:hAnsi="Calibri"/>
                <w:b/>
                <w:color w:val="0284C7"/>
                <w:sz w:val="21"/>
              </w:rPr>
              <w:t xml:space="preserve">ВАЖНО: </w:t>
            </w:r>
            <w:r>
              <w:rPr>
                <w:rFonts w:ascii="Calibri" w:hAnsi="Calibri"/>
                <w:color w:val="0F172A"/>
                <w:sz w:val="21"/>
              </w:rPr>
              <w:t>Атрибут alt обязателен! Он описывает изображение для скринридеров незрячих пользователей и отображается, если файл не загрузился. Указывайте только width, высоту браузер пересчитает сам без искажения пропорций.</w:t>
            </w:r>
          </w:p>
        </w:tc>
      </w:tr>
    </w:tbl>
    <w:p w14:paraId="1EFAD178" w14:textId="77777777" w:rsidR="005E56C8" w:rsidRDefault="00000000">
      <w:pPr>
        <w:spacing w:before="160" w:after="40"/>
      </w:pPr>
      <w:r>
        <w:rPr>
          <w:rFonts w:ascii="Calibri" w:hAnsi="Calibri"/>
          <w:b/>
          <w:color w:val="1E3A8A"/>
          <w:sz w:val="24"/>
        </w:rPr>
        <w:t>Шаг 5. Описание со смысловыми акцентами (&lt;strong&gt;, &lt;em&gt;, &lt;hr&gt;)</w:t>
      </w:r>
    </w:p>
    <w:p w14:paraId="1742B373" w14:textId="77777777" w:rsidR="005E56C8" w:rsidRDefault="00000000">
      <w:r>
        <w:rPr>
          <w:rFonts w:ascii="Calibri" w:hAnsi="Calibri"/>
          <w:sz w:val="20"/>
        </w:rPr>
        <w:t>Добавьте 1-2 абзаца &lt;p&gt; с описанием проекта. Выделите важные слова через &lt;strong&gt; (важность/жирный) и &lt;em&gt; (акцент/курсив). Добавьте разделитель &lt;hr&gt;: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5E56C8" w14:paraId="77996EE4" w14:textId="77777777">
        <w:trPr>
          <w:jc w:val="center"/>
        </w:trPr>
        <w:tc>
          <w:tcPr>
            <w:tcW w:w="9936" w:type="dxa"/>
            <w:tcBorders>
              <w:top w:val="single" w:sz="6" w:space="0" w:color="38BDF8"/>
              <w:left w:val="single" w:sz="18" w:space="0" w:color="38BDF8"/>
              <w:bottom w:val="single" w:sz="6" w:space="0" w:color="38BDF8"/>
              <w:right w:val="single" w:sz="6" w:space="0" w:color="38BDF8"/>
            </w:tcBorders>
            <w:shd w:val="clear" w:color="auto" w:fill="0F172A"/>
          </w:tcPr>
          <w:p w14:paraId="74EB07DC" w14:textId="77777777" w:rsidR="005E56C8" w:rsidRDefault="00000000">
            <w:pPr>
              <w:spacing w:before="120" w:after="120"/>
            </w:pPr>
            <w:r>
              <w:rPr>
                <w:rFonts w:ascii="Consolas" w:hAnsi="Consolas"/>
                <w:color w:val="38BDF8"/>
                <w:sz w:val="19"/>
              </w:rPr>
              <w:t>&lt;p&gt;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Добро пожаловать на проект! Здесь собраны &lt;strong&gt;ключевые материалы&lt;/strong&gt;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и &lt;em&gt;самые интересные факты&lt;/em&gt; по выбранной теме.</w:t>
            </w:r>
            <w:r>
              <w:rPr>
                <w:rFonts w:ascii="Consolas" w:hAnsi="Consolas"/>
                <w:color w:val="38BDF8"/>
                <w:sz w:val="19"/>
              </w:rPr>
              <w:br/>
              <w:t>&lt;/p&gt;</w:t>
            </w:r>
            <w:r>
              <w:rPr>
                <w:rFonts w:ascii="Consolas" w:hAnsi="Consolas"/>
                <w:color w:val="38BDF8"/>
                <w:sz w:val="19"/>
              </w:rPr>
              <w:br/>
              <w:t>&lt;hr&gt;</w:t>
            </w:r>
          </w:p>
        </w:tc>
      </w:tr>
    </w:tbl>
    <w:p w14:paraId="5440174A" w14:textId="77777777" w:rsidR="005E56C8" w:rsidRDefault="00000000">
      <w:pPr>
        <w:spacing w:before="160" w:after="40"/>
      </w:pPr>
      <w:r>
        <w:rPr>
          <w:rFonts w:ascii="Calibri" w:hAnsi="Calibri"/>
          <w:b/>
          <w:color w:val="1E3A8A"/>
          <w:sz w:val="24"/>
        </w:rPr>
        <w:t>Шаг 6. Создание списков (&lt;ul&gt; и &lt;ol&gt;)</w:t>
      </w:r>
    </w:p>
    <w:p w14:paraId="39CA5277" w14:textId="77777777" w:rsidR="005E56C8" w:rsidRDefault="00000000">
      <w:r>
        <w:rPr>
          <w:rFonts w:ascii="Calibri" w:hAnsi="Calibri"/>
          <w:sz w:val="20"/>
        </w:rPr>
        <w:t>Используйте Emmet для быстрой генерации: напишите «ul&gt;li*4» и нажмите Tab для маркированного списка или «ol&gt;li*3» и Tab для нумерованного списка: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5E56C8" w14:paraId="7059D049" w14:textId="77777777">
        <w:trPr>
          <w:jc w:val="center"/>
        </w:trPr>
        <w:tc>
          <w:tcPr>
            <w:tcW w:w="9936" w:type="dxa"/>
            <w:tcBorders>
              <w:top w:val="single" w:sz="6" w:space="0" w:color="38BDF8"/>
              <w:left w:val="single" w:sz="18" w:space="0" w:color="38BDF8"/>
              <w:bottom w:val="single" w:sz="6" w:space="0" w:color="38BDF8"/>
              <w:right w:val="single" w:sz="6" w:space="0" w:color="38BDF8"/>
            </w:tcBorders>
            <w:shd w:val="clear" w:color="auto" w:fill="0F172A"/>
          </w:tcPr>
          <w:p w14:paraId="21CA7E3E" w14:textId="77777777" w:rsidR="005E56C8" w:rsidRDefault="00000000">
            <w:pPr>
              <w:spacing w:before="120" w:after="120"/>
            </w:pPr>
            <w:r>
              <w:rPr>
                <w:rFonts w:ascii="Consolas" w:hAnsi="Consolas"/>
                <w:color w:val="38BDF8"/>
                <w:sz w:val="19"/>
              </w:rPr>
              <w:t>&lt;h2&gt;Особенности проекта:&lt;/h2&gt;</w:t>
            </w:r>
            <w:r>
              <w:rPr>
                <w:rFonts w:ascii="Consolas" w:hAnsi="Consolas"/>
                <w:color w:val="38BDF8"/>
                <w:sz w:val="19"/>
              </w:rPr>
              <w:br/>
              <w:t>&lt;ul&gt;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&lt;li&gt;Первая ключевая особенность&lt;/li&gt;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&lt;li&gt;Вторая особенность&lt;/li&gt;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&lt;li&gt;Третья особенность&lt;/li&gt;</w:t>
            </w:r>
            <w:r>
              <w:rPr>
                <w:rFonts w:ascii="Consolas" w:hAnsi="Consolas"/>
                <w:color w:val="38BDF8"/>
                <w:sz w:val="19"/>
              </w:rPr>
              <w:br/>
              <w:t>&lt;/ul&gt;</w:t>
            </w:r>
            <w:r>
              <w:rPr>
                <w:rFonts w:ascii="Consolas" w:hAnsi="Consolas"/>
                <w:color w:val="38BDF8"/>
                <w:sz w:val="19"/>
              </w:rPr>
              <w:br/>
            </w:r>
            <w:r>
              <w:rPr>
                <w:rFonts w:ascii="Consolas" w:hAnsi="Consolas"/>
                <w:color w:val="38BDF8"/>
                <w:sz w:val="19"/>
              </w:rPr>
              <w:br/>
              <w:t>&lt;h2&gt;Топ-3 факта:&lt;/h2&gt;</w:t>
            </w:r>
            <w:r>
              <w:rPr>
                <w:rFonts w:ascii="Consolas" w:hAnsi="Consolas"/>
                <w:color w:val="38BDF8"/>
                <w:sz w:val="19"/>
              </w:rPr>
              <w:br/>
              <w:t>&lt;ol&gt;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&lt;li&gt;Факт номер один&lt;/li&gt;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&lt;li&gt;Факт номер два&lt;/li&gt;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&lt;li&gt;Факт номер три&lt;/li&gt;</w:t>
            </w:r>
            <w:r>
              <w:rPr>
                <w:rFonts w:ascii="Consolas" w:hAnsi="Consolas"/>
                <w:color w:val="38BDF8"/>
                <w:sz w:val="19"/>
              </w:rPr>
              <w:br/>
              <w:t>&lt;/ol&gt;</w:t>
            </w:r>
            <w:r>
              <w:rPr>
                <w:rFonts w:ascii="Consolas" w:hAnsi="Consolas"/>
                <w:color w:val="38BDF8"/>
                <w:sz w:val="19"/>
              </w:rPr>
              <w:br/>
              <w:t>&lt;hr&gt;</w:t>
            </w:r>
          </w:p>
        </w:tc>
      </w:tr>
    </w:tbl>
    <w:p w14:paraId="40987076" w14:textId="77777777" w:rsidR="005E56C8" w:rsidRDefault="00000000">
      <w:pPr>
        <w:spacing w:before="160" w:after="40"/>
      </w:pPr>
      <w:r>
        <w:rPr>
          <w:rFonts w:ascii="Calibri" w:hAnsi="Calibri"/>
          <w:b/>
          <w:color w:val="1E3A8A"/>
          <w:sz w:val="24"/>
        </w:rPr>
        <w:t>Шаг 7. Внешние ссылки и кликабельная иконка (&lt;a&gt;)</w:t>
      </w:r>
    </w:p>
    <w:p w14:paraId="331F46F2" w14:textId="77777777" w:rsidR="005E56C8" w:rsidRDefault="00000000">
      <w:r>
        <w:rPr>
          <w:rFonts w:ascii="Calibri" w:hAnsi="Calibri"/>
          <w:sz w:val="20"/>
        </w:rPr>
        <w:t>Добавьте блок полезных ресурсов со ссылкой, открывающейся в новой вкладке (target="_blank"), и кликабельную картинку: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5E56C8" w14:paraId="36834B37" w14:textId="77777777">
        <w:trPr>
          <w:jc w:val="center"/>
        </w:trPr>
        <w:tc>
          <w:tcPr>
            <w:tcW w:w="9936" w:type="dxa"/>
            <w:tcBorders>
              <w:top w:val="single" w:sz="6" w:space="0" w:color="38BDF8"/>
              <w:left w:val="single" w:sz="18" w:space="0" w:color="38BDF8"/>
              <w:bottom w:val="single" w:sz="6" w:space="0" w:color="38BDF8"/>
              <w:right w:val="single" w:sz="6" w:space="0" w:color="38BDF8"/>
            </w:tcBorders>
            <w:shd w:val="clear" w:color="auto" w:fill="0F172A"/>
          </w:tcPr>
          <w:p w14:paraId="51F170DA" w14:textId="77777777" w:rsidR="005E56C8" w:rsidRDefault="00000000">
            <w:pPr>
              <w:spacing w:before="120" w:after="120"/>
            </w:pPr>
            <w:r>
              <w:rPr>
                <w:rFonts w:ascii="Consolas" w:hAnsi="Consolas"/>
                <w:color w:val="38BDF8"/>
                <w:sz w:val="19"/>
              </w:rPr>
              <w:t>&lt;h2&gt;Полезные ссылки:&lt;/h2&gt;</w:t>
            </w:r>
            <w:r>
              <w:rPr>
                <w:rFonts w:ascii="Consolas" w:hAnsi="Consolas"/>
                <w:color w:val="38BDF8"/>
                <w:sz w:val="19"/>
              </w:rPr>
              <w:br/>
              <w:t>&lt;p&gt;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Официальный источник: 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&lt;a href="https://kait20.mskobr.ru" target="_blank" rel="noopener noreferrer"&gt;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Сайт колледжа КАИТ-20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&lt;/a&gt;</w:t>
            </w:r>
            <w:r>
              <w:rPr>
                <w:rFonts w:ascii="Consolas" w:hAnsi="Consolas"/>
                <w:color w:val="38BDF8"/>
                <w:sz w:val="19"/>
              </w:rPr>
              <w:br/>
              <w:t>&lt;/p&gt;</w:t>
            </w:r>
            <w:r>
              <w:rPr>
                <w:rFonts w:ascii="Consolas" w:hAnsi="Consolas"/>
                <w:color w:val="38BDF8"/>
                <w:sz w:val="19"/>
              </w:rPr>
              <w:br/>
            </w:r>
            <w:r>
              <w:rPr>
                <w:rFonts w:ascii="Consolas" w:hAnsi="Consolas"/>
                <w:color w:val="38BDF8"/>
                <w:sz w:val="19"/>
              </w:rPr>
              <w:lastRenderedPageBreak/>
              <w:br/>
              <w:t>&lt;p&gt;Наше сообщество:&lt;/p&gt;</w:t>
            </w:r>
            <w:r>
              <w:rPr>
                <w:rFonts w:ascii="Consolas" w:hAnsi="Consolas"/>
                <w:color w:val="38BDF8"/>
                <w:sz w:val="19"/>
              </w:rPr>
              <w:br/>
              <w:t>&lt;a href="https://t.me/kait20" target="_blank" rel="noopener noreferrer"&gt;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&lt;img src="images/icon.png" alt="Telegram" width="40"&gt;</w:t>
            </w:r>
            <w:r>
              <w:rPr>
                <w:rFonts w:ascii="Consolas" w:hAnsi="Consolas"/>
                <w:color w:val="38BDF8"/>
                <w:sz w:val="19"/>
              </w:rPr>
              <w:br/>
              <w:t>&lt;/a&gt;</w:t>
            </w:r>
          </w:p>
        </w:tc>
      </w:tr>
    </w:tbl>
    <w:p w14:paraId="65E945A9" w14:textId="77777777" w:rsidR="005E56C8" w:rsidRDefault="00000000">
      <w:pPr>
        <w:spacing w:before="160" w:after="40"/>
      </w:pPr>
      <w:r>
        <w:rPr>
          <w:rFonts w:ascii="Calibri" w:hAnsi="Calibri"/>
          <w:b/>
          <w:color w:val="1E3A8A"/>
          <w:sz w:val="24"/>
        </w:rPr>
        <w:lastRenderedPageBreak/>
        <w:t>Шаг 8. Наведение порядка в коде</w:t>
      </w:r>
    </w:p>
    <w:p w14:paraId="41224594" w14:textId="77777777" w:rsidR="005E56C8" w:rsidRDefault="00000000">
      <w:r>
        <w:rPr>
          <w:rFonts w:ascii="Calibri" w:hAnsi="Calibri"/>
          <w:sz w:val="20"/>
        </w:rPr>
        <w:t>Нажмите Shift + Alt + F (на Mac: Shift + Option + F). Редактор аккуратно выровняет все отступы. Нажмите Ctrl + S для сохранения.</w:t>
      </w:r>
    </w:p>
    <w:p w14:paraId="5AD408CB" w14:textId="77777777" w:rsidR="005E56C8" w:rsidRDefault="00000000">
      <w:pPr>
        <w:spacing w:before="200" w:after="80"/>
      </w:pPr>
      <w:r>
        <w:rPr>
          <w:rFonts w:ascii="Calibri" w:hAnsi="Calibri"/>
          <w:b/>
          <w:color w:val="0284C7"/>
          <w:sz w:val="26"/>
        </w:rPr>
        <w:t>Эталонный пример готового файла index.html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36"/>
      </w:tblGrid>
      <w:tr w:rsidR="005E56C8" w14:paraId="3B2206A5" w14:textId="77777777">
        <w:trPr>
          <w:jc w:val="center"/>
        </w:trPr>
        <w:tc>
          <w:tcPr>
            <w:tcW w:w="9936" w:type="dxa"/>
            <w:tcBorders>
              <w:top w:val="single" w:sz="6" w:space="0" w:color="38BDF8"/>
              <w:left w:val="single" w:sz="18" w:space="0" w:color="38BDF8"/>
              <w:bottom w:val="single" w:sz="6" w:space="0" w:color="38BDF8"/>
              <w:right w:val="single" w:sz="6" w:space="0" w:color="38BDF8"/>
            </w:tcBorders>
            <w:shd w:val="clear" w:color="auto" w:fill="0F172A"/>
          </w:tcPr>
          <w:p w14:paraId="13623F45" w14:textId="77777777" w:rsidR="005E56C8" w:rsidRDefault="00000000">
            <w:pPr>
              <w:spacing w:before="120" w:after="120"/>
            </w:pPr>
            <w:r>
              <w:rPr>
                <w:rFonts w:ascii="Consolas" w:hAnsi="Consolas"/>
                <w:color w:val="38BDF8"/>
                <w:sz w:val="19"/>
              </w:rPr>
              <w:t>&lt;!DOCTYPE html&gt;</w:t>
            </w:r>
            <w:r>
              <w:rPr>
                <w:rFonts w:ascii="Consolas" w:hAnsi="Consolas"/>
                <w:color w:val="38BDF8"/>
                <w:sz w:val="19"/>
              </w:rPr>
              <w:br/>
              <w:t>&lt;html lang="ru"&gt;</w:t>
            </w:r>
            <w:r>
              <w:rPr>
                <w:rFonts w:ascii="Consolas" w:hAnsi="Consolas"/>
                <w:color w:val="38BDF8"/>
                <w:sz w:val="19"/>
              </w:rPr>
              <w:br/>
              <w:t>&lt;head&gt;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&lt;meta charset="UTF-8"&gt;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&lt;meta name="viewport" content="width=device-width, initial-scale=1.0"&gt;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&lt;title&gt;Мой проект — Занятие 2&lt;/title&gt;</w:t>
            </w:r>
            <w:r>
              <w:rPr>
                <w:rFonts w:ascii="Consolas" w:hAnsi="Consolas"/>
                <w:color w:val="38BDF8"/>
                <w:sz w:val="19"/>
              </w:rPr>
              <w:br/>
              <w:t>&lt;/head&gt;</w:t>
            </w:r>
            <w:r>
              <w:rPr>
                <w:rFonts w:ascii="Consolas" w:hAnsi="Consolas"/>
                <w:color w:val="38BDF8"/>
                <w:sz w:val="19"/>
              </w:rPr>
              <w:br/>
              <w:t>&lt;body&gt;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&lt;h1&gt;Название моего проекта&lt;/h1&gt;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&lt;img src="images/hero.jpg" alt="Главный баннер" width="450"&gt;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&lt;p&gt;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    Добро пожаловать! Это страница о моем &lt;strong&gt;любимом увлечении&lt;/strong&gt;.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    Здесь собраны &lt;em&gt;лучшие материалы&lt;/em&gt; и актуальная информация.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&lt;/p&gt;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&lt;hr&gt;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&lt;h2&gt;Ключевые особенности:&lt;/h2&gt;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&lt;ul&gt;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    &lt;li&gt;Увлекательный процесс изучения&lt;/li&gt;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    &lt;li&gt;Полезные навыки для будущей профессии&lt;/li&gt;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    &lt;li&gt;Дружная команда единомышленников&lt;/li&gt;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&lt;/ul&gt;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&lt;h2&gt;План развития на этот месяц:&lt;/h2&gt;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&lt;ol&gt;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    &lt;li&gt;Освоить основы HTML-разметки&lt;/li&gt;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    &lt;li&gt;Изучить стилизацию в CSS&lt;/li&gt;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    &lt;li&gt;Опубликовать проект в сети&lt;/li&gt;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&lt;/ol&gt;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&lt;hr&gt;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&lt;h2&gt;Полезные ссылки:&lt;/h2&gt;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&lt;p&gt;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    Официальный сайт: 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    &lt;a href="https://kait20.mskobr.ru" target="_blank" rel="noopener noreferrer"&gt;КАИТ-20&lt;/a&gt;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&lt;/p&gt;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&lt;a href="https://t.me/kait20" target="_blank" rel="noopener noreferrer"&gt;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    &lt;img src="images/icon.png" alt="Telegram-канал" width="40"&gt;</w:t>
            </w:r>
            <w:r>
              <w:rPr>
                <w:rFonts w:ascii="Consolas" w:hAnsi="Consolas"/>
                <w:color w:val="38BDF8"/>
                <w:sz w:val="19"/>
              </w:rPr>
              <w:br/>
              <w:t xml:space="preserve">    &lt;/a&gt;</w:t>
            </w:r>
            <w:r>
              <w:rPr>
                <w:rFonts w:ascii="Consolas" w:hAnsi="Consolas"/>
                <w:color w:val="38BDF8"/>
                <w:sz w:val="19"/>
              </w:rPr>
              <w:br/>
              <w:t>&lt;/body&gt;</w:t>
            </w:r>
            <w:r>
              <w:rPr>
                <w:rFonts w:ascii="Consolas" w:hAnsi="Consolas"/>
                <w:color w:val="38BDF8"/>
                <w:sz w:val="19"/>
              </w:rPr>
              <w:br/>
              <w:t>&lt;/html&gt;</w:t>
            </w:r>
          </w:p>
        </w:tc>
      </w:tr>
    </w:tbl>
    <w:p w14:paraId="2365B3D9" w14:textId="77777777" w:rsidR="005E56C8" w:rsidRDefault="00000000">
      <w:pPr>
        <w:spacing w:before="200" w:after="80"/>
      </w:pPr>
      <w:r>
        <w:rPr>
          <w:rFonts w:ascii="Calibri" w:hAnsi="Calibri"/>
          <w:b/>
          <w:color w:val="0284C7"/>
          <w:sz w:val="26"/>
        </w:rPr>
        <w:lastRenderedPageBreak/>
        <w:t>Чек-лист готовности к сдаче работы преподавателю</w:t>
      </w:r>
    </w:p>
    <w:p w14:paraId="0FB13F63" w14:textId="77777777" w:rsidR="005E56C8" w:rsidRDefault="00000000">
      <w:pPr>
        <w:spacing w:after="40"/>
      </w:pPr>
      <w:r>
        <w:rPr>
          <w:rFonts w:ascii="Calibri" w:hAnsi="Calibri"/>
          <w:b/>
          <w:sz w:val="20"/>
        </w:rPr>
        <w:t>[ ] Файл открыт в браузере через Live Server.</w:t>
      </w:r>
    </w:p>
    <w:p w14:paraId="1DD96B3F" w14:textId="77777777" w:rsidR="005E56C8" w:rsidRDefault="00000000">
      <w:pPr>
        <w:spacing w:after="40"/>
      </w:pPr>
      <w:r>
        <w:rPr>
          <w:rFonts w:ascii="Calibri" w:hAnsi="Calibri"/>
          <w:b/>
          <w:sz w:val="20"/>
        </w:rPr>
        <w:t>[ ] В проекте создана подпапка images, все картинки лежат в ней.</w:t>
      </w:r>
    </w:p>
    <w:p w14:paraId="38F3FECB" w14:textId="77777777" w:rsidR="005E56C8" w:rsidRDefault="00000000">
      <w:pPr>
        <w:spacing w:after="40"/>
      </w:pPr>
      <w:r>
        <w:rPr>
          <w:rFonts w:ascii="Calibri" w:hAnsi="Calibri"/>
          <w:b/>
          <w:sz w:val="20"/>
        </w:rPr>
        <w:t>[ ] Главная картинка отображается без ошибок, имеет атрибуты src, alt и width.</w:t>
      </w:r>
    </w:p>
    <w:p w14:paraId="0382805A" w14:textId="77777777" w:rsidR="005E56C8" w:rsidRDefault="00000000">
      <w:pPr>
        <w:spacing w:after="40"/>
      </w:pPr>
      <w:r>
        <w:rPr>
          <w:rFonts w:ascii="Calibri" w:hAnsi="Calibri"/>
          <w:b/>
          <w:sz w:val="20"/>
        </w:rPr>
        <w:t>[ ] В тексте использованы акценты &lt;strong&gt; и &lt;em&gt;, добавлен разделитель &lt;hr&gt;.</w:t>
      </w:r>
    </w:p>
    <w:p w14:paraId="40829E90" w14:textId="77777777" w:rsidR="005E56C8" w:rsidRDefault="00000000">
      <w:pPr>
        <w:spacing w:after="40"/>
      </w:pPr>
      <w:r>
        <w:rPr>
          <w:rFonts w:ascii="Calibri" w:hAnsi="Calibri"/>
          <w:b/>
          <w:sz w:val="20"/>
        </w:rPr>
        <w:t>[ ] Создан маркированный список &lt;ul&gt; и нумерованный список &lt;ol&gt;.</w:t>
      </w:r>
    </w:p>
    <w:p w14:paraId="6E09D80C" w14:textId="77777777" w:rsidR="005E56C8" w:rsidRDefault="00000000">
      <w:pPr>
        <w:spacing w:after="40"/>
      </w:pPr>
      <w:r>
        <w:rPr>
          <w:rFonts w:ascii="Calibri" w:hAnsi="Calibri"/>
          <w:b/>
          <w:sz w:val="20"/>
        </w:rPr>
        <w:t>[ ] Добавлена ссылка &lt;a&gt; с атрибутом target="_blank" и rel="noopener noreferrer".</w:t>
      </w:r>
    </w:p>
    <w:p w14:paraId="0AB2271E" w14:textId="77777777" w:rsidR="005E56C8" w:rsidRDefault="00000000">
      <w:pPr>
        <w:spacing w:after="40"/>
      </w:pPr>
      <w:r>
        <w:rPr>
          <w:rFonts w:ascii="Calibri" w:hAnsi="Calibri"/>
          <w:b/>
          <w:sz w:val="20"/>
        </w:rPr>
        <w:t>[ ] Создана кликабельная картинка (&lt;img&gt; внутри &lt;a&gt;).</w:t>
      </w:r>
    </w:p>
    <w:p w14:paraId="6F936CCF" w14:textId="77777777" w:rsidR="005E56C8" w:rsidRDefault="00000000">
      <w:pPr>
        <w:spacing w:after="40"/>
      </w:pPr>
      <w:r>
        <w:rPr>
          <w:rFonts w:ascii="Calibri" w:hAnsi="Calibri"/>
          <w:b/>
          <w:sz w:val="20"/>
        </w:rPr>
        <w:t>[ ] Код выровнен через Shift + Alt + F (нет кривых отступов).</w:t>
      </w:r>
    </w:p>
    <w:p w14:paraId="2AB755AD" w14:textId="77777777" w:rsidR="009E53C6" w:rsidRDefault="009E53C6">
      <w:pPr>
        <w:spacing w:after="40"/>
      </w:pPr>
    </w:p>
    <w:sectPr w:rsidR="009E53C6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DB5CEE6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1203829">
    <w:abstractNumId w:val="8"/>
  </w:num>
  <w:num w:numId="2" w16cid:durableId="1999310539">
    <w:abstractNumId w:val="6"/>
  </w:num>
  <w:num w:numId="3" w16cid:durableId="605577643">
    <w:abstractNumId w:val="5"/>
  </w:num>
  <w:num w:numId="4" w16cid:durableId="1283075567">
    <w:abstractNumId w:val="4"/>
  </w:num>
  <w:num w:numId="5" w16cid:durableId="1373456349">
    <w:abstractNumId w:val="7"/>
  </w:num>
  <w:num w:numId="6" w16cid:durableId="1146506624">
    <w:abstractNumId w:val="3"/>
  </w:num>
  <w:num w:numId="7" w16cid:durableId="530991320">
    <w:abstractNumId w:val="2"/>
  </w:num>
  <w:num w:numId="8" w16cid:durableId="1934318740">
    <w:abstractNumId w:val="1"/>
  </w:num>
  <w:num w:numId="9" w16cid:durableId="127914472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451DA"/>
    <w:rsid w:val="00530401"/>
    <w:rsid w:val="005E56C8"/>
    <w:rsid w:val="009E53C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A7C670"/>
  <w14:defaultImageDpi w14:val="300"/>
  <w15:docId w15:val="{B1097F97-0276-B943-9B2A-3E37E62CA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OFF6018 UserOFF</cp:lastModifiedBy>
  <cp:revision>5</cp:revision>
  <dcterms:created xsi:type="dcterms:W3CDTF">2013-12-23T23:15:00Z</dcterms:created>
  <dcterms:modified xsi:type="dcterms:W3CDTF">2026-10-13T15:37:00Z</dcterms:modified>
  <cp:category/>
</cp:coreProperties>
</file>