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line="276" w:lineRule="auto" w:before="0" w:after="160"/>
        <w:jc w:val="center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РАЗДЕЛ I. ТЕОРЕТИЧЕСКИЙ БЛОК</w:t>
      </w:r>
    </w:p>
    <w:p>
      <w:pPr>
        <w:spacing w:line="276" w:lineRule="auto" w:after="160" w:before="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Тема: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Модульная архитектура программного обеспечения, автоматизированное модульное тестирование и управление ветвлением в системах контроля версий.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1. Модульная архитектура и декомпозиция программного кода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При разработке масштабируемых программных решений ключевым архитектурным требованием является разделение монолитного кода на слабосвязанные независимые компоненты — программные модули. В языке Python модуль представляет собой файл с расширением .py, содержащий логически сгруппированные определения классов, функций и констант. Группа связанных модулей объединяется в пакет — директорию, содержащую файл инициализации __init__.py.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Декомпозиция программного кода обеспечивает решение следующих инженерных задач: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• Принцип единственной ответственности (Single Responsibility Principle, SRP): каждый модуль отвечает строго за свою предметную область (например, объявление моделей сущностей или логику фабричного создания).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• Повторная используемость (Reusability): созданный модуль может импортироваться в другие части системы без необходимости дублирования исходного кода.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• Упрощение отладки и сопровождения: ошибки локализуются в границах конкретного модуля, не нарушая работоспособность остальной кодовой базы.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Служебный файл __init__.py определяет каталог как пакет Python. С помощью специальной переменной __all__ формируется явный публичный интерфейс пакета: перечисляются только те сущности, которые должны быть доступны внешнему пользователю при импорте через конструкцию from package import *.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Защита инвариантов сущностей на уровне модуля: программный модуль обязан гарантировать валидность состояния своих объектов. При передаче недопустимых параметров (например, отрицательного радиуса круга или сторон треугольника, нарушающих теорему о неравенстве треугольника) конструктор класса обязан прерывать инициализацию возбуждением исключения ValueError с понятным сообщением об ошибке.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2. Автоматизированное модульное тестирование (Unit Testing) с использованием unittest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Модульное тестирование (Unit Testing) — процесс проверки корректности работы отдельных минимально неделимых компонентов программы (методов, функций, классов) в изолированном окружении. В стандартную библиотеку Python входит специализированный фреймворк unittest, основанный на архитектуре xUnit.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Ключевые концепции фреймворка unittest: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• Тестовый сценарий (TestCase) — базовый класс unittest.TestCase, объединяющий группу связанных проверок. Методы тестирования обязаны начинаться с префикса test_.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• Методы проверки условий (Assertions):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- assertEqual(a, b) — проверяет строгое равенство двух значений;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- assertAlmostEqual(a, b, places=N) — выполняет приближенное сравнение вещественных чисел (float) с точностью до N знаков после запятой, что исключает ошибки машинного округления;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- assertIsInstance(obj, cls) — подтверждает принадлежность созданного объекта требуемому классу;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- assertRaises(exception) — контекстный менеджер, фиксирующий обязательное возникновение ожидаемого исключения при невалидных входных данных.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Автоматизированный запуск тестов выполняется через консольный тест-раннер:</w:t>
        <w:br/>
        <w:t>python -m unittest tests/test_geometry.py -v</w:t>
        <w:br/>
        <w:t>Флаг -v (verbose) обеспечивает подробный вывод имени каждого тестового метода и его статуса (ok, FAIL, ERROR).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3. Управление ветками в Git (Branching Workflow)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Ветка (branch) в системе контроля версий Git — это независимая линия разработки и легковесный перемещаемый указатель на конкретный коммит. Использование тематических веток (feature branches) позволяет изолировать разрабатываемую функциональность от стабильного кода основной ветки (main).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Базовый рабочий процесс с ветвлением: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1. Создание новой ветки под задачу: git checkout -b feature/modular-tests (или git switch -c feature/modular-tests).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2. Разработка кода и фиксация промежуточных состояний через регулярные коммиты: git commit -m "Сообщение".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3. Переключение на основную ветку: git checkout main (или git switch main).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4. Слияние проверенного функционала: git merge feature/modular-tests.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5. Синхронизация локальных веток с удаленным репозиторием GitHub: git push origin main и git push origin feature/modular-tests.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6. Визуализация дерева коммитов и слияний в консоли: git log --oneline --graph --all.</w:t>
      </w:r>
    </w:p>
    <w:p>
      <w:r>
        <w:br w:type="page"/>
      </w:r>
    </w:p>
    <w:p>
      <w:pPr>
        <w:keepNext/>
        <w:spacing w:line="276" w:lineRule="auto" w:before="0" w:after="160"/>
        <w:jc w:val="center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РАЗДЕЛ II. ПРАКТИЧЕСКАЯ РАБОТА №3</w:t>
      </w:r>
    </w:p>
    <w:p>
      <w:pPr>
        <w:keepNext/>
        <w:spacing w:line="276" w:lineRule="auto" w:before="80" w:after="160"/>
        <w:jc w:val="center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Практическая работа №3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Тема работы: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Модульная декомпозиция программного комплекса, разработка модульных тестов с использованием фреймворка unittest и работа с ветками в Git.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Цель работы: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Закрепить практические навыки проектирования программных модулей (ПК 1.1, ПК 1.2, ПК 1.3), выполнить рефакторинг монолитного приложения геометрических фигур из ПР2 в модульную архитектуру пакета, реализовать класс Triangle с валидацией входных данных, разработать комплекс модульных тестов на базе unittest и освоить процесс ветвления и слияния в Git/GitHub.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Задачи работы: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1. Создать новую функциональную ветку feature/modular-tests в локальном репозитории ПР2.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2. Выполнить рефакторинг монолитного файла factory_calc.py, выделив логику в пакет geometry с модулями shapes.py, factory.py и __init__.py.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3. Реализовать класс фигуры Triangle с валидацией длин сторон (правило неравенства треугольника) и расчетом площади по формуле Герона.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4. Написать клиентский модуль main.py, демонстрирующий полиморфную работу с коллекцией фигур через фабрику.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5. Разработать тестовый модуль tests/test_geometry.py на базе библиотеки unittest, проверяющий позитивные расчеты, создание объектов фабрикой и обработку невалидных входных данных.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6. Запустить модульные тесты в терминале, зафиксировать изменения коммитом, провести слияние ветки с main и опубликовать обе ветки на GitHub.</w:t>
      </w:r>
    </w:p>
    <w:p>
      <w:pPr>
        <w:spacing w:line="276" w:lineRule="auto" w:after="16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Оборудование и программное обеспечение: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Персональный компьютер под управлением ОС Windows / Linux / macOS; среда разработки Visual Studio Code; интерпретатор Python версии 3.10 или выше; распределенная система контроля версий Git; учетная запись на сервисе GitHub.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Задание к выполнению: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Часть 1. Создание новой ветки разработки в Git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1. Откройте в Visual Studio Code папку проекта из ПР2, содержащую инициализированный локальный репозиторий Git.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2. Откройте интегрированный терминал (меню Terminal -&gt; New Terminal) и проверьте текущее состояние репозитория: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status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3. Создайте новую тематическую ветку feature/modular-tests и переключитесь на нее: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checkout -b feature/modular-tests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4. Убедитесь, что активна новая ветка (рядом с ее именем должна отображаться звездочка):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branch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Часть 2. Модульная декомпозиция и расширение иерархии фигур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1. В корневой папке проекта создайте подкаталог с именем geometry.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2. Внутри каталога geometry создайте файл shapes.py. Перенесите в него базовый абстрактный класс Shape, классы Circle и Rectangle из ПР2, а также добавьте новый класс Triangle с валидацией длин сторон и расчетом площади по формуле Герона: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# geometry/shapes.py</w:t>
        <w:br/>
        <w:t>from abc import ABC, abstractmethod</w:t>
        <w:br/>
        <w:t>import math</w:t>
        <w:br/>
        <w:br/>
        <w:t>class Shape(ABC):</w:t>
        <w:br/>
        <w:t xml:space="preserve">    """Абстрактный базовый класс геометрической фигуры."""</w:t>
        <w:br/>
        <w:br/>
        <w:t xml:space="preserve">    @abstractmethod</w:t>
        <w:br/>
        <w:t xml:space="preserve">    def get_area(self) -&gt; float:</w:t>
        <w:br/>
        <w:t xml:space="preserve">        """Расчет площади фигуры."""</w:t>
        <w:br/>
        <w:t xml:space="preserve">        pass</w:t>
        <w:br/>
        <w:br/>
        <w:t xml:space="preserve">    @abstractmethod</w:t>
        <w:br/>
        <w:t xml:space="preserve">    def get_perimeter(self) -&gt; float:</w:t>
        <w:br/>
        <w:t xml:space="preserve">        """Расчет периметра фигуры."""</w:t>
        <w:br/>
        <w:t xml:space="preserve">        pass</w:t>
        <w:br/>
        <w:br/>
        <w:t>class Circle(Shape):</w:t>
        <w:br/>
        <w:t xml:space="preserve">    """Класс фигуры: Круг."""</w:t>
        <w:br/>
        <w:br/>
        <w:t xml:space="preserve">    def __init__(self, radius: float):</w:t>
        <w:br/>
        <w:t xml:space="preserve">        if radius &lt;= 0:</w:t>
        <w:br/>
        <w:t xml:space="preserve">            raise ValueError("Радиус круга должен быть строго больше нуля.")</w:t>
        <w:br/>
        <w:t xml:space="preserve">        self.radius = float(radius)</w:t>
        <w:br/>
        <w:br/>
        <w:t xml:space="preserve">    def get_area(self) -&gt; float:</w:t>
        <w:br/>
        <w:t xml:space="preserve">        return math.pi * (self.radius ** 2)</w:t>
        <w:br/>
        <w:br/>
        <w:t xml:space="preserve">    def get_perimeter(self) -&gt; float:</w:t>
        <w:br/>
        <w:t xml:space="preserve">        return 2 * math.pi * self.radius</w:t>
        <w:br/>
        <w:br/>
        <w:t>class Rectangle(Shape):</w:t>
        <w:br/>
        <w:t xml:space="preserve">    """Класс фигуры: Прямоугольник."""</w:t>
        <w:br/>
        <w:br/>
        <w:t xml:space="preserve">    def __init__(self, width: float, height: float):</w:t>
        <w:br/>
        <w:t xml:space="preserve">        if width &lt;= 0 or height &lt;= 0:</w:t>
        <w:br/>
        <w:t xml:space="preserve">            raise ValueError("Стороны прямоугольника должны быть строго больше нуля.")</w:t>
        <w:br/>
        <w:t xml:space="preserve">        self.width = float(width)</w:t>
        <w:br/>
        <w:t xml:space="preserve">        self.height = float(height)</w:t>
        <w:br/>
        <w:br/>
        <w:t xml:space="preserve">    def get_area(self) -&gt; float:</w:t>
        <w:br/>
        <w:t xml:space="preserve">        return self.width * self.height</w:t>
        <w:br/>
        <w:br/>
        <w:t xml:space="preserve">    def get_perimeter(self) -&gt; float:</w:t>
        <w:br/>
        <w:t xml:space="preserve">        return 2 * (self.width + self.height)</w:t>
        <w:br/>
        <w:br/>
        <w:t>class Triangle(Shape):</w:t>
        <w:br/>
        <w:t xml:space="preserve">    """Класс фигуры: Треугольник."""</w:t>
        <w:br/>
        <w:br/>
        <w:t xml:space="preserve">    def __init__(self, a: float, b: float, c: float):</w:t>
        <w:br/>
        <w:t xml:space="preserve">        if a &lt;= 0 or b &lt;= 0 or c &lt;= 0:</w:t>
        <w:br/>
        <w:t xml:space="preserve">            raise ValueError("Стороны треугольника должны быть строго больше нуля.")</w:t>
        <w:br/>
        <w:t xml:space="preserve">        if (a + b &lt;= c) or (a + c &lt;= b) or (b + c &lt;= a):</w:t>
        <w:br/>
        <w:t xml:space="preserve">            raise ValueError("Нарушено неравенство треугольника: сумма любых двух сторон должна быть больше третьей.")</w:t>
        <w:br/>
        <w:t xml:space="preserve">        self.a = float(a)</w:t>
        <w:br/>
        <w:t xml:space="preserve">        self.b = float(b)</w:t>
        <w:br/>
        <w:t xml:space="preserve">        self.c = float(c)</w:t>
        <w:br/>
        <w:br/>
        <w:t xml:space="preserve">    def get_perimeter(self) -&gt; float:</w:t>
        <w:br/>
        <w:t xml:space="preserve">        return self.a + self.b + self.c</w:t>
        <w:br/>
        <w:br/>
        <w:t xml:space="preserve">    def get_area(self) -&gt; float:</w:t>
        <w:br/>
        <w:t xml:space="preserve">        p = self.get_perimeter() / 2.0</w:t>
        <w:br/>
        <w:t xml:space="preserve">        return math.sqrt(p * (p - self.a) * (p - self.b) * (p - self.c))</w:t>
        <w:br/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3. В каталоге geometry создайте файл factory.py. Перенесите в него фабрику ShapeFactory, добавив обработку типа "triangle" и строгую валидацию наличия требуемых параметров: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# geometry/factory.py</w:t>
        <w:br/>
        <w:t>from typing import Any</w:t>
        <w:br/>
        <w:t>from .shapes import Shape, Circle, Rectangle, Triangle</w:t>
        <w:br/>
        <w:br/>
        <w:t>class ShapeFactory:</w:t>
        <w:br/>
        <w:t xml:space="preserve">    """Фабрика для создания объектов геометрических фигур."""</w:t>
        <w:br/>
        <w:br/>
        <w:t xml:space="preserve">    @staticmethod</w:t>
        <w:br/>
        <w:t xml:space="preserve">    def create_shape(shape_type: str, **kwargs: Any) -&gt; Shape:</w:t>
        <w:br/>
        <w:t xml:space="preserve">        normalized_type = shape_type.strip().lower()</w:t>
        <w:br/>
        <w:br/>
        <w:t xml:space="preserve">        if normalized_type == 'circle':</w:t>
        <w:br/>
        <w:t xml:space="preserve">            radius = kwargs.get('radius')</w:t>
        <w:br/>
        <w:t xml:space="preserve">            if radius is None:</w:t>
        <w:br/>
        <w:t xml:space="preserve">                raise ValueError("Для создания круга обязателен именованный аргумент 'radius'.")</w:t>
        <w:br/>
        <w:t xml:space="preserve">            return Circle(radius)</w:t>
        <w:br/>
        <w:br/>
        <w:t xml:space="preserve">        elif normalized_type == 'rectangle':</w:t>
        <w:br/>
        <w:t xml:space="preserve">            width = kwargs.get('width')</w:t>
        <w:br/>
        <w:t xml:space="preserve">            height = kwargs.get('height')</w:t>
        <w:br/>
        <w:t xml:space="preserve">            if width is None or height is None:</w:t>
        <w:br/>
        <w:t xml:space="preserve">                raise ValueError("Для создания прямоугольника обязательны аргументы 'width' и 'height'.")</w:t>
        <w:br/>
        <w:t xml:space="preserve">            return Rectangle(width, height)</w:t>
        <w:br/>
        <w:br/>
        <w:t xml:space="preserve">        elif normalized_type == 'triangle':</w:t>
        <w:br/>
        <w:t xml:space="preserve">            a = kwargs.get('a')</w:t>
        <w:br/>
        <w:t xml:space="preserve">            b = kwargs.get('b')</w:t>
        <w:br/>
        <w:t xml:space="preserve">            c = kwargs.get('c')</w:t>
        <w:br/>
        <w:t xml:space="preserve">            if a is None or b is None or c is None:</w:t>
        <w:br/>
        <w:t xml:space="preserve">                raise ValueError("Для создания треугольника обязательны аргументы 'a', 'b' и 'c'.")</w:t>
        <w:br/>
        <w:t xml:space="preserve">            return Triangle(a, b, c)</w:t>
        <w:br/>
        <w:br/>
        <w:t xml:space="preserve">        else:</w:t>
        <w:br/>
        <w:t xml:space="preserve">            raise ValueError(f"Неизвестный тип геометрической фигуры: '{shape_type}'.")</w:t>
        <w:br/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4. В каталоге geometry создайте файл __init__.py. Настройте открытый интерфейс пакета, экспортировав основные классы через список __all__: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# geometry/__init__.py</w:t>
        <w:br/>
        <w:t>from .shapes import Shape, Circle, Rectangle, Triangle</w:t>
        <w:br/>
        <w:t>from .factory import ShapeFactory</w:t>
        <w:br/>
        <w:br/>
        <w:t>__all__ = ["Shape", "Circle", "Rectangle", "Triangle", "ShapeFactory"]</w:t>
        <w:br/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Часть 3. Реализация клиентского модуля приложения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1. В корневой директории проекта создайте файл main.py. Он будет выступать точкой входа в приложение и демонстрировать работу с пакетом geometry: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# main.py</w:t>
        <w:br/>
        <w:t>from geometry import ShapeFactory</w:t>
        <w:br/>
        <w:br/>
        <w:t>def main():</w:t>
        <w:br/>
        <w:t xml:space="preserve">    factory = ShapeFactory()</w:t>
        <w:br/>
        <w:br/>
        <w:t xml:space="preserve">    shapes = [</w:t>
        <w:br/>
        <w:t xml:space="preserve">        factory.create_shape("circle", radius=5.0),</w:t>
        <w:br/>
        <w:t xml:space="preserve">        factory.create_shape("rectangle", width=4.0, height=6.0),</w:t>
        <w:br/>
        <w:t xml:space="preserve">        factory.create_shape("triangle", a=3.0, b=4.0, c=5.0),</w:t>
        <w:br/>
        <w:t xml:space="preserve">    ]</w:t>
        <w:br/>
        <w:br/>
        <w:t xml:space="preserve">    print("=== РЕЗУЛЬТАТ РАБОТЫ МОДУЛЬНОГО ПРИЛОЖЕНИЯ ===")</w:t>
        <w:br/>
        <w:t xml:space="preserve">    for shape in shapes:</w:t>
        <w:br/>
        <w:t xml:space="preserve">        class_name = shape.__class__.__name__</w:t>
        <w:br/>
        <w:t xml:space="preserve">        print(f"Фигура: {class_name:&lt;12} | Площадь: {shape.get_area():.2f} | Периметр: {shape.get_perimeter():.2f}")</w:t>
        <w:br/>
        <w:br/>
        <w:t>if __name__ == "__main__":</w:t>
        <w:br/>
        <w:t xml:space="preserve">    main()</w:t>
        <w:br/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2. Запустите файл main.py в терминале Visual Studio Code: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python main.py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Убедитесь, что вывод содержит расчеты площади и периметра для всех трех фигур.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Часть 4. Разработка сценариев автоматизированного тестирования (unittest)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1. В корне проекта создайте каталог tests, а внутри него — файл test_geometry.py.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2. Напишите тестовые методы для проверки позитивных расчетов, инстанцирования фабрикой и реакции на ошибки: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# tests/test_geometry.py</w:t>
        <w:br/>
        <w:t>import unittest</w:t>
        <w:br/>
        <w:t>from geometry import Circle, Rectangle, Triangle, ShapeFactory</w:t>
        <w:br/>
        <w:br/>
        <w:t>class TestGeometry(unittest.TestCase):</w:t>
        <w:br/>
        <w:t xml:space="preserve">    """Набор модульных тестов для пакета geometry."""</w:t>
        <w:br/>
        <w:br/>
        <w:t xml:space="preserve">    def test_circle_calculations(self):</w:t>
        <w:br/>
        <w:t xml:space="preserve">        """Проверка расчетов площади и периметра круга."""</w:t>
        <w:br/>
        <w:t xml:space="preserve">        circle = Circle(5.0)</w:t>
        <w:br/>
        <w:t xml:space="preserve">        self.assertAlmostEqual(circle.get_area(), 78.54, places=2)</w:t>
        <w:br/>
        <w:t xml:space="preserve">        self.assertAlmostEqual(circle.get_perimeter(), 31.42, places=2)</w:t>
        <w:br/>
        <w:br/>
        <w:t xml:space="preserve">    def test_rectangle_calculations(self):</w:t>
        <w:br/>
        <w:t xml:space="preserve">        """Проверка расчетов площади и периметра прямоугольника."""</w:t>
        <w:br/>
        <w:t xml:space="preserve">        rect = Rectangle(4.0, 6.0)</w:t>
        <w:br/>
        <w:t xml:space="preserve">        self.assertAlmostEqual(rect.get_area(), 24.00, places=2)</w:t>
        <w:br/>
        <w:t xml:space="preserve">        self.assertAlmostEqual(rect.get_perimeter(), 20.00, places=2)</w:t>
        <w:br/>
        <w:br/>
        <w:t xml:space="preserve">    def test_triangle_calculations(self):</w:t>
        <w:br/>
        <w:t xml:space="preserve">        """Проверка расчетов треугольника по формуле Герона."""</w:t>
        <w:br/>
        <w:t xml:space="preserve">        triangle = Triangle(3.0, 4.0, 5.0)</w:t>
        <w:br/>
        <w:t xml:space="preserve">        self.assertAlmostEqual(triangle.get_perimeter(), 12.00, places=2)</w:t>
        <w:br/>
        <w:t xml:space="preserve">        self.assertAlmostEqual(triangle.get_area(), 6.00, places=2)</w:t>
        <w:br/>
        <w:br/>
        <w:t xml:space="preserve">    def test_factory_creation(self):</w:t>
        <w:br/>
        <w:t xml:space="preserve">        """Проверка корректности создания классов через фабрику."""</w:t>
        <w:br/>
        <w:t xml:space="preserve">        factory = ShapeFactory()</w:t>
        <w:br/>
        <w:t xml:space="preserve">        c = factory.create_shape("circle", radius=10.0)</w:t>
        <w:br/>
        <w:t xml:space="preserve">        r = factory.create_shape("rectangle", width=3.0, height=8.0)</w:t>
        <w:br/>
        <w:t xml:space="preserve">        t = factory.create_shape("triangle", a=5.0, b=5.0, c=6.0)</w:t>
        <w:br/>
        <w:t xml:space="preserve">        self.assertIsInstance(c, Circle)</w:t>
        <w:br/>
        <w:t xml:space="preserve">        self.assertIsInstance(r, Rectangle)</w:t>
        <w:br/>
        <w:t xml:space="preserve">        self.assertIsInstance(t, Triangle)</w:t>
        <w:br/>
        <w:br/>
        <w:t xml:space="preserve">    def test_validation_errors(self):</w:t>
        <w:br/>
        <w:t xml:space="preserve">        """Проверка возбуждения исключений при передаче невалидных параметров."""</w:t>
        <w:br/>
        <w:t xml:space="preserve">        with self.assertRaises(ValueError):</w:t>
        <w:br/>
        <w:t xml:space="preserve">            Circle(-2.0)</w:t>
        <w:br/>
        <w:t xml:space="preserve">        with self.assertRaises(ValueError):</w:t>
        <w:br/>
        <w:t xml:space="preserve">            Rectangle(0, 10.0)</w:t>
        <w:br/>
        <w:t xml:space="preserve">        with self.assertRaises(ValueError):</w:t>
        <w:br/>
        <w:t xml:space="preserve">            Triangle(1.0, 2.0, 10.0)</w:t>
        <w:br/>
        <w:br/>
        <w:t xml:space="preserve">    def test_factory_invalid_inputs(self):</w:t>
        <w:br/>
        <w:t xml:space="preserve">        """Проверка реакции фабрики на неполные аргументы или неизвестный тип."""</w:t>
        <w:br/>
        <w:t xml:space="preserve">        factory = ShapeFactory()</w:t>
        <w:br/>
        <w:t xml:space="preserve">        with self.assertRaises(ValueError):</w:t>
        <w:br/>
        <w:t xml:space="preserve">            factory.create_shape("ellipse", radius=5.0)</w:t>
        <w:br/>
        <w:t xml:space="preserve">        with self.assertRaises(ValueError):</w:t>
        <w:br/>
        <w:t xml:space="preserve">            factory.create_shape("rectangle", width=5.0)</w:t>
        <w:br/>
        <w:br/>
        <w:t>if __name__ == "__main__":</w:t>
        <w:br/>
        <w:t xml:space="preserve">    unittest.main()</w:t>
        <w:br/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3. Запустите модульные тесты через консольный тест-раннер из корня проекта: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python -m unittest tests/test_geometry.py -v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Убедитесь, что все 6 тестов успешно пройдены (статус ok) и итоговая строка сообщает "OK".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Часть 5. Фиксация изменений, слияние веток и публикация на GitHub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1. Проверьте статус измененных и созданных файлов в репозитории: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status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2. Добавьте созданные файлы и каталоги в индекс Git: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add geometry/ tests/ main.py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3. Создайте коммит с понятным описанием проделанной работы: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commit -m "Рефакторинг на пакет geometry и покрытие unit-тестами"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4. Переключитесь на основную стабильную ветку main: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checkout main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5. Выполните слияние изменений из ветки feature/modular-tests в ветку main: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merge feature/modular-tests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6. Отправьте обновленную основную ветку и тематическую ветку на GitHub: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push origin main</w:t>
        <w:br/>
        <w:t>git push origin feature/modular-tests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Шаг 7. Просмотрите и зафиксируйте историю коммитов с графом ветвления: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git log --oneline --graph --all</w:t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Ожидаемый результат работы программ и тестов: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1. Итоговая файловая структура проекта в рабочей директории: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PR2_DesignPatterns/</w:t>
        <w:br/>
        <w:t>├── factory_calc.py        # Исходный файл из ПР2</w:t>
        <w:br/>
        <w:t>├── main.py                # Клиентский модуль (точка входа)</w:t>
        <w:br/>
        <w:t>├── geometry/              # Пакет геометрических модулей</w:t>
        <w:br/>
        <w:t>│   ├── __init__.py        # Экспорт публичного интерфейса пакета</w:t>
        <w:br/>
        <w:t>│   ├── shapes.py          # Базовый класс и классы Circle, Rectangle, Triangle</w:t>
        <w:br/>
        <w:t>│   └── factory.py         # Фабрика ShapeFactory</w:t>
        <w:br/>
        <w:t>└── tests/                 # Модульные тесты</w:t>
        <w:br/>
        <w:t xml:space="preserve">    └── test_geometry.py   # Сценарии проверки unittest</w:t>
        <w:br/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2. Консольный вывод при запуске client-модуля (python main.py):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=== РЕЗУЛЬТАТ РАБОТЫ МОДУЛЬНОГО ПРИЛОЖЕНИЯ ===</w:t>
        <w:br/>
        <w:t>Фигура: Circle       | Площадь: 78.54 | Периметр: 31.42</w:t>
        <w:br/>
        <w:t>Фигура: Rectangle    | Площадь: 24.00 | Периметр: 20.00</w:t>
        <w:br/>
        <w:t>Фигура: Triangle     | Площадь: 6.00 | Периметр: 12.00</w:t>
        <w:br/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3. Консольный вывод при выполнении тестов (python -m unittest tests/test_geometry.py -v):</w:t>
      </w:r>
    </w:p>
    <w:p>
      <w:pPr>
        <w:spacing w:line="240" w:lineRule="auto" w:before="80" w:after="120"/>
        <w:ind w:left="567"/>
        <w:jc w:val="left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test_circle_calculations (tests.test_geometry.TestGeometry) ... ok</w:t>
        <w:br/>
        <w:t>test_factory_creation (tests.test_geometry.TestGeometry) ... ok</w:t>
        <w:br/>
        <w:t>test_factory_invalid_inputs (tests.test_geometry.TestGeometry) ... ok</w:t>
        <w:br/>
        <w:t>test_rectangle_calculations (tests.test_geometry.TestGeometry) ... ok</w:t>
        <w:br/>
        <w:t>test_triangle_calculations (tests.test_geometry.TestGeometry) ... ok</w:t>
        <w:br/>
        <w:t>test_validation_errors (tests.test_geometry.TestGeometry) ... ok</w:t>
        <w:br/>
        <w:br/>
        <w:t>----------------------------------------------------------------------</w:t>
        <w:br/>
        <w:t>Ran 6 tests in 0.001s</w:t>
        <w:br/>
        <w:br/>
        <w:t>OK</w:t>
        <w:br/>
      </w:r>
    </w:p>
    <w:p>
      <w:pPr>
        <w:keepNext/>
        <w:spacing w:line="276" w:lineRule="auto" w:before="20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Требования к оформлению отчета по практической работе: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Отчет оформляется каждым студентом индивидуально в электронном виде (формат DOCX или PDF) и должен содержать следующие обязательные разделы: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1. Титульные данные: номер и тема практической работы, фамилия и имя обучающегося, учебная группа.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2. Полная схема каталогов и файлов созданного проекта (дерево проекта).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3. Исходный код разработанных модулей (shapes.py, factory.py, __init__.py, main.py, test_geometry.py).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4. Скриншоты терминала Visual Studio Code: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 • успешный запуск программы main.py;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 • успешное выполнение всех 6 тестов unittest с подробным выводом (-v);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 xml:space="preserve">   • вывод команд git branch, git merge и git log --oneline --graph --all.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5. Скриншот страницы репозитория на GitHub со списком веток (main и feature/modular-tests) и свежим коммитом.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6. Письменные ответы на контрольные вопросы для защиты работы.</w:t>
      </w:r>
    </w:p>
    <w:p>
      <w:pPr>
        <w:keepNext/>
        <w:spacing w:line="276" w:lineRule="auto" w:before="24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Контрольные вопросы для защиты работы: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Вопрос 1: В чем заключаются инженерные преимущества разделения монолитного скрипта на отдельные программные модули и пакеты?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Вопрос 2: Какую функциональную роль играет файл __init__.py в директории пакета Python и как список __all__ управляет экспортом символов?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Вопрос 3: По какой причине при тестировании операций с вещественными числами (тип float) необходимо применять метод assertAlmostEqual вместо assertEqual?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Вопрос 4: Как контекстный менеджер assertRaises библиотеки unittest позволяет подтвердить корректность обработки невалидных входных данных конструктором класса?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Вопрос 5: Зачем в системах контроля версий применяется стратегия разработки в функциональных ветках (feature branches) и как выполняется слияние ветки с main?</w:t>
      </w:r>
    </w:p>
    <w:p>
      <w:pPr>
        <w:keepNext/>
        <w:spacing w:line="276" w:lineRule="auto" w:before="240" w:after="120"/>
        <w:jc w:val="left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>Критерии оценивания работы: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• «Отлично» (5 баллов):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Проект полностью и безошибочно реорганизован в модульный пакет geometry. Реализован класс Triangle с валидацией сторон и формулой Герона. Фабрика корректно обрабатывает все три фигуры и выбрасывает исключения при ошибках. Модульные тесты unittest покрывают расчеты, работу фабрики и валидацию данных, все 6 тестов успешно выполняются со статусом OK. В Git создана ветка feature/modular-tests, выполнено слияние с main, обе ветки отправлены на GitHub. Отчет полностью соответствует требованиям, даны четкие и правильные устные ответы на все контрольные вопросы.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• «Хорошо» (4 балла):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Код декомпозирован на модули, программа и тесты функционируют без критических сбоев. Ветка в Git создана, коммиты выполнены, слияние проведено, репозиторий обновлен на GitHub. Допущены незначительные недочеты: пропущен один второстепенный тест, имеются мелкие отступления от стандарта PEP 8 или в отчете отсутствует один вспомогательный скриншот. Студент ответил на 4 из 5 контрольных вопросов.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• «Удовлетворительно» (3 балла):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Код разбит на модули частично (нарушена структура пакета или импортов, отсутствует __init__.py). Тесты написаны поверхностно (покрыты только позитивные сценарии, проверки на генерацию исключений отсутствуют). Ветвление в Git выполнено с ошибками или коммиты сделаны напрямую в main. Студент испытывает заметные затруднения при защите и ответил менее чем на половину контрольных вопросов.</w:t>
      </w:r>
    </w:p>
    <w:p>
      <w:pPr>
        <w:spacing w:line="276" w:lineRule="auto" w:after="80" w:before="0"/>
        <w:jc w:val="both"/>
      </w:pPr>
      <w:r>
        <w:rPr>
          <w:rFonts w:ascii="Times New Roman" w:hAnsi="Times New Roman"/>
          <w:b/>
          <w:i w:val="0"/>
          <w:color w:val="000000"/>
          <w:sz w:val="28"/>
          <w:rFonts w:ascii="Times New Roman" w:hAnsi="Times New Roman" w:cs="Times New Roman" w:eastAsia="Times New Roman"/>
        </w:rPr>
        <w:t xml:space="preserve">• «Неудовлетворительно» (2 балла): </w:t>
      </w:r>
      <w:r>
        <w:rPr>
          <w:rFonts w:ascii="Times New Roman" w:hAnsi="Times New Roman"/>
          <w:b w:val="0"/>
          <w:i w:val="0"/>
          <w:color w:val="000000"/>
          <w:sz w:val="28"/>
          <w:rFonts w:ascii="Times New Roman" w:hAnsi="Times New Roman" w:cs="Times New Roman" w:eastAsia="Times New Roman"/>
        </w:rPr>
        <w:t>Задание не выполнено: модульная структура не создана, код не запускается или завершается с ошибками импорта и синтаксиса. Тесты отсутствуют либо не проходят. Репозиторий на GitHub не обновлен, отчет не сдан. Студент не способен объяснить назначение написанного кода и ответить на контрольные вопросы.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80" w:before="0"/>
    </w:pPr>
    <w:rPr>
      <w:rFonts w:ascii="Times New Roman" w:hAnsi="Times New Roman"/>
      <w:color w:val="000000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