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490B0" w14:textId="429F4A11" w:rsidR="00494FDD" w:rsidRPr="0083466E" w:rsidRDefault="00000000">
      <w:pPr>
        <w:spacing w:after="40"/>
        <w:jc w:val="center"/>
        <w:rPr>
          <w:lang w:val="ru-RU"/>
        </w:rPr>
      </w:pPr>
      <w:r w:rsidRPr="0083466E">
        <w:rPr>
          <w:rFonts w:ascii="Times New Roman" w:hAnsi="Times New Roman"/>
          <w:b/>
          <w:sz w:val="32"/>
          <w:lang w:val="ru-RU"/>
        </w:rPr>
        <w:t xml:space="preserve">ПРАКТИЧЕСКАЯ РАБОТА № </w:t>
      </w:r>
      <w:r w:rsidR="0083466E">
        <w:rPr>
          <w:rFonts w:ascii="Times New Roman" w:hAnsi="Times New Roman"/>
          <w:b/>
          <w:sz w:val="32"/>
          <w:lang w:val="ru-RU"/>
        </w:rPr>
        <w:t>5</w:t>
      </w:r>
    </w:p>
    <w:p w14:paraId="57EF8DD2" w14:textId="77777777" w:rsidR="00494FDD" w:rsidRPr="0083466E" w:rsidRDefault="00000000">
      <w:pPr>
        <w:spacing w:after="240"/>
        <w:jc w:val="center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 xml:space="preserve">Тема: Комплексный анализ внутренней и внешней структуры веб-сайта: древовидная архитектура, </w:t>
      </w:r>
      <w:r w:rsidRPr="0083466E">
        <w:rPr>
          <w:rFonts w:ascii="Times New Roman" w:hAnsi="Times New Roman"/>
          <w:b/>
          <w:sz w:val="26"/>
        </w:rPr>
        <w:t>DOM</w:t>
      </w:r>
      <w:r w:rsidRPr="0083466E">
        <w:rPr>
          <w:rFonts w:ascii="Times New Roman" w:hAnsi="Times New Roman"/>
          <w:b/>
          <w:sz w:val="26"/>
          <w:lang w:val="ru-RU"/>
        </w:rPr>
        <w:t>-дерево, навигация, карта сайта (</w:t>
      </w:r>
      <w:r w:rsidRPr="0083466E">
        <w:rPr>
          <w:rFonts w:ascii="Times New Roman" w:hAnsi="Times New Roman"/>
          <w:b/>
          <w:sz w:val="26"/>
        </w:rPr>
        <w:t>Sitemap</w:t>
      </w:r>
      <w:r w:rsidRPr="0083466E">
        <w:rPr>
          <w:rFonts w:ascii="Times New Roman" w:hAnsi="Times New Roman"/>
          <w:b/>
          <w:sz w:val="26"/>
          <w:lang w:val="ru-RU"/>
        </w:rPr>
        <w:t>) и файл индексации (</w:t>
      </w:r>
      <w:r w:rsidRPr="0083466E">
        <w:rPr>
          <w:rFonts w:ascii="Times New Roman" w:hAnsi="Times New Roman"/>
          <w:b/>
          <w:sz w:val="26"/>
        </w:rPr>
        <w:t>Robots</w:t>
      </w:r>
      <w:r w:rsidRPr="0083466E">
        <w:rPr>
          <w:rFonts w:ascii="Times New Roman" w:hAnsi="Times New Roman"/>
          <w:b/>
          <w:sz w:val="26"/>
          <w:lang w:val="ru-RU"/>
        </w:rPr>
        <w:t>.</w:t>
      </w:r>
      <w:r w:rsidRPr="0083466E">
        <w:rPr>
          <w:rFonts w:ascii="Times New Roman" w:hAnsi="Times New Roman"/>
          <w:b/>
          <w:sz w:val="26"/>
        </w:rPr>
        <w:t>txt</w:t>
      </w:r>
      <w:r w:rsidRPr="0083466E">
        <w:rPr>
          <w:rFonts w:ascii="Times New Roman" w:hAnsi="Times New Roman"/>
          <w:b/>
          <w:sz w:val="26"/>
          <w:lang w:val="ru-RU"/>
        </w:rPr>
        <w:t>)</w:t>
      </w:r>
    </w:p>
    <w:p w14:paraId="1C20A1FC" w14:textId="20BED437" w:rsidR="00494FDD" w:rsidRPr="0083466E" w:rsidRDefault="00494FDD"/>
    <w:p w14:paraId="75A04916" w14:textId="77777777" w:rsidR="00494FDD" w:rsidRPr="0083466E" w:rsidRDefault="00494FDD">
      <w:pPr>
        <w:spacing w:after="80"/>
        <w:rPr>
          <w:lang w:val="ru-RU"/>
        </w:rPr>
      </w:pPr>
    </w:p>
    <w:p w14:paraId="2120C32F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>ЦЕЛИ И ЗАДАЧИ РАБОТЫ</w:t>
      </w:r>
    </w:p>
    <w:p w14:paraId="00ECB506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Цель работы: </w:t>
      </w:r>
      <w:r w:rsidRPr="0083466E">
        <w:rPr>
          <w:rFonts w:ascii="Times New Roman" w:hAnsi="Times New Roman"/>
          <w:sz w:val="24"/>
          <w:lang w:val="ru-RU"/>
        </w:rPr>
        <w:t xml:space="preserve">сформировать практические навыки анализа внутренней и внешней структуры веб-сайтов, исследования вложенности страниц, проверки семантики </w:t>
      </w:r>
      <w:r w:rsidRPr="0083466E">
        <w:rPr>
          <w:rFonts w:ascii="Times New Roman" w:hAnsi="Times New Roman"/>
          <w:sz w:val="24"/>
        </w:rPr>
        <w:t>DOM</w:t>
      </w:r>
      <w:r w:rsidRPr="0083466E">
        <w:rPr>
          <w:rFonts w:ascii="Times New Roman" w:hAnsi="Times New Roman"/>
          <w:sz w:val="24"/>
          <w:lang w:val="ru-RU"/>
        </w:rPr>
        <w:t xml:space="preserve">-дерева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>5, валидации ЧПУ-адресации, а также аудита служебных файлов навигации и индексации (</w:t>
      </w:r>
      <w:r w:rsidRPr="0083466E">
        <w:rPr>
          <w:rFonts w:ascii="Times New Roman" w:hAnsi="Times New Roman"/>
          <w:sz w:val="24"/>
        </w:rPr>
        <w:t>robots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txt</w:t>
      </w:r>
      <w:r w:rsidRPr="0083466E">
        <w:rPr>
          <w:rFonts w:ascii="Times New Roman" w:hAnsi="Times New Roman"/>
          <w:sz w:val="24"/>
          <w:lang w:val="ru-RU"/>
        </w:rPr>
        <w:t xml:space="preserve"> и </w:t>
      </w:r>
      <w:r w:rsidRPr="0083466E">
        <w:rPr>
          <w:rFonts w:ascii="Times New Roman" w:hAnsi="Times New Roman"/>
          <w:sz w:val="24"/>
        </w:rPr>
        <w:t>sitemap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>).</w:t>
      </w:r>
    </w:p>
    <w:p w14:paraId="13E95D95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Задачи работы:</w:t>
      </w:r>
    </w:p>
    <w:p w14:paraId="7AB7CBA8" w14:textId="77777777" w:rsidR="00494FDD" w:rsidRPr="0083466E" w:rsidRDefault="00000000">
      <w:pPr>
        <w:spacing w:after="120"/>
        <w:ind w:left="360"/>
        <w:rPr>
          <w:lang w:val="ru-RU"/>
        </w:rPr>
      </w:pPr>
      <w:r w:rsidRPr="0083466E">
        <w:rPr>
          <w:lang w:val="ru-RU"/>
        </w:rPr>
        <w:t>1. Изучить типы иерархических структур веб-ресурсов, правило 3 кликов и расчет глубины вложенности (</w:t>
      </w:r>
      <w:r w:rsidRPr="0083466E">
        <w:t>Click</w:t>
      </w:r>
      <w:r w:rsidRPr="0083466E">
        <w:rPr>
          <w:lang w:val="ru-RU"/>
        </w:rPr>
        <w:t xml:space="preserve"> </w:t>
      </w:r>
      <w:r w:rsidRPr="0083466E">
        <w:t>Depth</w:t>
      </w:r>
      <w:r w:rsidRPr="0083466E">
        <w:rPr>
          <w:lang w:val="ru-RU"/>
        </w:rPr>
        <w:t>).</w:t>
      </w:r>
      <w:r w:rsidRPr="0083466E">
        <w:rPr>
          <w:lang w:val="ru-RU"/>
        </w:rPr>
        <w:br/>
        <w:t xml:space="preserve">2. Освоить анализ </w:t>
      </w:r>
      <w:r w:rsidRPr="0083466E">
        <w:t>DOM</w:t>
      </w:r>
      <w:r w:rsidRPr="0083466E">
        <w:rPr>
          <w:lang w:val="ru-RU"/>
        </w:rPr>
        <w:t xml:space="preserve">-дерева узлов и семантической разметки </w:t>
      </w:r>
      <w:r w:rsidRPr="0083466E">
        <w:t>HTML</w:t>
      </w:r>
      <w:r w:rsidRPr="0083466E">
        <w:rPr>
          <w:lang w:val="ru-RU"/>
        </w:rPr>
        <w:t xml:space="preserve">5 в инструментах разработчика </w:t>
      </w:r>
      <w:proofErr w:type="spellStart"/>
      <w:r w:rsidRPr="0083466E">
        <w:t>DevTools</w:t>
      </w:r>
      <w:proofErr w:type="spellEnd"/>
      <w:r w:rsidRPr="0083466E">
        <w:rPr>
          <w:lang w:val="ru-RU"/>
        </w:rPr>
        <w:t>.</w:t>
      </w:r>
      <w:r w:rsidRPr="0083466E">
        <w:rPr>
          <w:lang w:val="ru-RU"/>
        </w:rPr>
        <w:br/>
        <w:t xml:space="preserve">3. Провести аудит </w:t>
      </w:r>
      <w:proofErr w:type="spellStart"/>
      <w:r w:rsidRPr="0083466E">
        <w:rPr>
          <w:lang w:val="ru-RU"/>
        </w:rPr>
        <w:t>человекопонятных</w:t>
      </w:r>
      <w:proofErr w:type="spellEnd"/>
      <w:r w:rsidRPr="0083466E">
        <w:rPr>
          <w:lang w:val="ru-RU"/>
        </w:rPr>
        <w:t xml:space="preserve"> </w:t>
      </w:r>
      <w:r w:rsidRPr="0083466E">
        <w:t>URL</w:t>
      </w:r>
      <w:r w:rsidRPr="0083466E">
        <w:rPr>
          <w:lang w:val="ru-RU"/>
        </w:rPr>
        <w:t xml:space="preserve"> (ЧПУ) и структуры канонических адресов страниц.</w:t>
      </w:r>
      <w:r w:rsidRPr="0083466E">
        <w:rPr>
          <w:lang w:val="ru-RU"/>
        </w:rPr>
        <w:br/>
        <w:t xml:space="preserve">4. Выполнить расшифровку и проверку корректности служебных файлов </w:t>
      </w:r>
      <w:r w:rsidRPr="0083466E">
        <w:t>robots</w:t>
      </w:r>
      <w:r w:rsidRPr="0083466E">
        <w:rPr>
          <w:lang w:val="ru-RU"/>
        </w:rPr>
        <w:t>.</w:t>
      </w:r>
      <w:r w:rsidRPr="0083466E">
        <w:t>txt</w:t>
      </w:r>
      <w:r w:rsidRPr="0083466E">
        <w:rPr>
          <w:lang w:val="ru-RU"/>
        </w:rPr>
        <w:t xml:space="preserve"> и </w:t>
      </w:r>
      <w:r w:rsidRPr="0083466E">
        <w:t>sitemap</w:t>
      </w:r>
      <w:r w:rsidRPr="0083466E">
        <w:rPr>
          <w:lang w:val="ru-RU"/>
        </w:rPr>
        <w:t>.</w:t>
      </w:r>
      <w:r w:rsidRPr="0083466E">
        <w:t>xml</w:t>
      </w:r>
      <w:r w:rsidRPr="0083466E">
        <w:rPr>
          <w:lang w:val="ru-RU"/>
        </w:rPr>
        <w:t xml:space="preserve"> на реальных дампах.</w:t>
      </w:r>
      <w:r w:rsidRPr="0083466E">
        <w:rPr>
          <w:lang w:val="ru-RU"/>
        </w:rPr>
        <w:br/>
        <w:t>5. Разработать собственную оптимальную трехуровневую карту структуры веб-сайта с правилами навигации.</w:t>
      </w:r>
    </w:p>
    <w:p w14:paraId="780CF004" w14:textId="53E00531" w:rsidR="00494FDD" w:rsidRPr="0083466E" w:rsidRDefault="00000000">
      <w:pPr>
        <w:keepNext/>
        <w:spacing w:before="280" w:after="120"/>
        <w:rPr>
          <w:lang w:val="ru-RU"/>
        </w:rPr>
      </w:pPr>
      <w:r w:rsidRPr="0083466E">
        <w:rPr>
          <w:rFonts w:ascii="Times New Roman" w:hAnsi="Times New Roman"/>
          <w:b/>
          <w:sz w:val="28"/>
          <w:lang w:val="ru-RU"/>
        </w:rPr>
        <w:t xml:space="preserve">ТЕОРЕТИЧЕСКИЙ БЛОК </w:t>
      </w:r>
    </w:p>
    <w:p w14:paraId="2360B4FA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>1. Логическая и физическая структура веб-ресурса</w:t>
      </w:r>
    </w:p>
    <w:p w14:paraId="500BA779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Структура веб-сайта определяет, как страницы и разделы взаимосвязаны между собой и насколько удобно пользователю и поисковым роботам передвигаться по ресурсу. Выделяют две плоскости структуры:</w:t>
      </w:r>
    </w:p>
    <w:p w14:paraId="6A249FD3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1. Логическая структура — </w:t>
      </w:r>
      <w:r w:rsidRPr="0083466E">
        <w:rPr>
          <w:rFonts w:ascii="Times New Roman" w:hAnsi="Times New Roman"/>
          <w:sz w:val="24"/>
          <w:lang w:val="ru-RU"/>
        </w:rPr>
        <w:t>соотношение разделов, категорий и страниц с точки зрения пользователя и навигации.</w:t>
      </w:r>
    </w:p>
    <w:p w14:paraId="1A145DD0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2. Физическая структура — </w:t>
      </w:r>
      <w:r w:rsidRPr="0083466E">
        <w:rPr>
          <w:rFonts w:ascii="Times New Roman" w:hAnsi="Times New Roman"/>
          <w:sz w:val="24"/>
          <w:lang w:val="ru-RU"/>
        </w:rPr>
        <w:t>организация файлов, скриптов и папок на диске сервера на хостинге.</w:t>
      </w:r>
    </w:p>
    <w:p w14:paraId="1A5FA737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Выделяют 4 основных типа логической структуры:</w:t>
      </w:r>
    </w:p>
    <w:p w14:paraId="629EBABA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• Линейная структура — </w:t>
      </w:r>
      <w:r w:rsidRPr="0083466E">
        <w:rPr>
          <w:rFonts w:ascii="Times New Roman" w:hAnsi="Times New Roman"/>
          <w:sz w:val="24"/>
          <w:lang w:val="ru-RU"/>
        </w:rPr>
        <w:t>страницы идут строго одна за другой (презентации, пошаговые мастера, обучающие курсы).</w:t>
      </w:r>
    </w:p>
    <w:p w14:paraId="7E6E51ED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• Древовидная (иерархическая) — </w:t>
      </w:r>
      <w:r w:rsidRPr="0083466E">
        <w:rPr>
          <w:rFonts w:ascii="Times New Roman" w:hAnsi="Times New Roman"/>
          <w:sz w:val="24"/>
          <w:lang w:val="ru-RU"/>
        </w:rPr>
        <w:t>главная страница разветвляется на категории, разделы и карточки (классический вид для 90% сайтов, вузов и интернет-магазинов).</w:t>
      </w:r>
    </w:p>
    <w:p w14:paraId="6949E190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lastRenderedPageBreak/>
        <w:t xml:space="preserve">• Сетевая (решетчатая) — </w:t>
      </w:r>
      <w:r w:rsidRPr="0083466E">
        <w:rPr>
          <w:rFonts w:ascii="Times New Roman" w:hAnsi="Times New Roman"/>
          <w:sz w:val="24"/>
          <w:lang w:val="ru-RU"/>
        </w:rPr>
        <w:t>страницы перекрестно связаны между собой (энциклопедии, Википедия).</w:t>
      </w:r>
    </w:p>
    <w:p w14:paraId="525F43E1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• Гибридная — </w:t>
      </w:r>
      <w:r w:rsidRPr="0083466E">
        <w:rPr>
          <w:rFonts w:ascii="Times New Roman" w:hAnsi="Times New Roman"/>
          <w:sz w:val="24"/>
          <w:lang w:val="ru-RU"/>
        </w:rPr>
        <w:t>сочетание древовидной структуры с линейными цепочками (например, каталог с пошаговой формой заказа).</w:t>
      </w:r>
    </w:p>
    <w:p w14:paraId="2BBBDE2A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Важнейший показатель логической структуры — глубина вложенности (</w:t>
      </w:r>
      <w:r w:rsidRPr="0083466E">
        <w:rPr>
          <w:rFonts w:ascii="Times New Roman" w:hAnsi="Times New Roman"/>
          <w:sz w:val="24"/>
        </w:rPr>
        <w:t>Click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Depth</w:t>
      </w:r>
      <w:r w:rsidRPr="0083466E">
        <w:rPr>
          <w:rFonts w:ascii="Times New Roman" w:hAnsi="Times New Roman"/>
          <w:sz w:val="24"/>
          <w:lang w:val="ru-RU"/>
        </w:rPr>
        <w:t xml:space="preserve"> / </w:t>
      </w:r>
      <w:r w:rsidRPr="0083466E">
        <w:rPr>
          <w:rFonts w:ascii="Times New Roman" w:hAnsi="Times New Roman"/>
          <w:sz w:val="24"/>
        </w:rPr>
        <w:t>Level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of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Nesting</w:t>
      </w:r>
      <w:r w:rsidRPr="0083466E">
        <w:rPr>
          <w:rFonts w:ascii="Times New Roman" w:hAnsi="Times New Roman"/>
          <w:sz w:val="24"/>
          <w:lang w:val="ru-RU"/>
        </w:rPr>
        <w:t>). Главная страница имеет уровень вложенности УВ1. Категория — УВ2. Подкатегория — УВ3. Карточка товара — УВ4. Согласно Правилу 3 кликов, пользователь должен получать доступ к любому целевому контенту не более чем за 3 перехода от Главной страницы.</w:t>
      </w:r>
    </w:p>
    <w:p w14:paraId="6146B969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 xml:space="preserve">2. </w:t>
      </w:r>
      <w:r w:rsidRPr="0083466E">
        <w:rPr>
          <w:rFonts w:ascii="Times New Roman" w:hAnsi="Times New Roman"/>
          <w:b/>
          <w:sz w:val="26"/>
        </w:rPr>
        <w:t>DOM</w:t>
      </w:r>
      <w:r w:rsidRPr="0083466E">
        <w:rPr>
          <w:rFonts w:ascii="Times New Roman" w:hAnsi="Times New Roman"/>
          <w:b/>
          <w:sz w:val="26"/>
          <w:lang w:val="ru-RU"/>
        </w:rPr>
        <w:t xml:space="preserve">-дерево и семантика </w:t>
      </w:r>
      <w:r w:rsidRPr="0083466E">
        <w:rPr>
          <w:rFonts w:ascii="Times New Roman" w:hAnsi="Times New Roman"/>
          <w:b/>
          <w:sz w:val="26"/>
        </w:rPr>
        <w:t>HTML</w:t>
      </w:r>
      <w:r w:rsidRPr="0083466E">
        <w:rPr>
          <w:rFonts w:ascii="Times New Roman" w:hAnsi="Times New Roman"/>
          <w:b/>
          <w:sz w:val="26"/>
          <w:lang w:val="ru-RU"/>
        </w:rPr>
        <w:t>5</w:t>
      </w:r>
    </w:p>
    <w:p w14:paraId="7143EE46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При загрузке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 xml:space="preserve">-кода браузер строит в память документ в виде объектной модели — </w:t>
      </w:r>
      <w:r w:rsidRPr="0083466E">
        <w:rPr>
          <w:rFonts w:ascii="Times New Roman" w:hAnsi="Times New Roman"/>
          <w:sz w:val="24"/>
        </w:rPr>
        <w:t>DOM</w:t>
      </w:r>
      <w:r w:rsidRPr="0083466E">
        <w:rPr>
          <w:rFonts w:ascii="Times New Roman" w:hAnsi="Times New Roman"/>
          <w:sz w:val="24"/>
          <w:lang w:val="ru-RU"/>
        </w:rPr>
        <w:t>-дерева (</w:t>
      </w:r>
      <w:r w:rsidRPr="0083466E">
        <w:rPr>
          <w:rFonts w:ascii="Times New Roman" w:hAnsi="Times New Roman"/>
          <w:sz w:val="24"/>
        </w:rPr>
        <w:t>Document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Object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Model</w:t>
      </w:r>
      <w:r w:rsidRPr="0083466E">
        <w:rPr>
          <w:rFonts w:ascii="Times New Roman" w:hAnsi="Times New Roman"/>
          <w:sz w:val="24"/>
          <w:lang w:val="ru-RU"/>
        </w:rPr>
        <w:t>). Каждый тег становится узлом-элементом (</w:t>
      </w:r>
      <w:r w:rsidRPr="0083466E">
        <w:rPr>
          <w:rFonts w:ascii="Times New Roman" w:hAnsi="Times New Roman"/>
          <w:sz w:val="24"/>
        </w:rPr>
        <w:t>Element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Node</w:t>
      </w:r>
      <w:r w:rsidRPr="0083466E">
        <w:rPr>
          <w:rFonts w:ascii="Times New Roman" w:hAnsi="Times New Roman"/>
          <w:sz w:val="24"/>
          <w:lang w:val="ru-RU"/>
        </w:rPr>
        <w:t>), текст внутри тега — текстовым узлом (</w:t>
      </w:r>
      <w:r w:rsidRPr="0083466E">
        <w:rPr>
          <w:rFonts w:ascii="Times New Roman" w:hAnsi="Times New Roman"/>
          <w:sz w:val="24"/>
        </w:rPr>
        <w:t>Text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Node</w:t>
      </w:r>
      <w:r w:rsidRPr="0083466E">
        <w:rPr>
          <w:rFonts w:ascii="Times New Roman" w:hAnsi="Times New Roman"/>
          <w:sz w:val="24"/>
          <w:lang w:val="ru-RU"/>
        </w:rPr>
        <w:t>), а атрибуты тега — узлами атрибутов (</w:t>
      </w:r>
      <w:r w:rsidRPr="0083466E">
        <w:rPr>
          <w:rFonts w:ascii="Times New Roman" w:hAnsi="Times New Roman"/>
          <w:sz w:val="24"/>
        </w:rPr>
        <w:t>Attribute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Node</w:t>
      </w:r>
      <w:r w:rsidRPr="0083466E">
        <w:rPr>
          <w:rFonts w:ascii="Times New Roman" w:hAnsi="Times New Roman"/>
          <w:sz w:val="24"/>
          <w:lang w:val="ru-RU"/>
        </w:rPr>
        <w:t>).</w:t>
      </w:r>
    </w:p>
    <w:p w14:paraId="5618DA4E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Современный стандарт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 xml:space="preserve">5 требует использования семантических тегов, определяющих функциональное назначение блоков вместо </w:t>
      </w:r>
      <w:proofErr w:type="spellStart"/>
      <w:r w:rsidRPr="0083466E">
        <w:rPr>
          <w:rFonts w:ascii="Times New Roman" w:hAnsi="Times New Roman"/>
          <w:sz w:val="24"/>
          <w:lang w:val="ru-RU"/>
        </w:rPr>
        <w:t>бессемантических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&lt;</w:t>
      </w:r>
      <w:r w:rsidRPr="0083466E">
        <w:rPr>
          <w:rFonts w:ascii="Times New Roman" w:hAnsi="Times New Roman"/>
          <w:sz w:val="24"/>
        </w:rPr>
        <w:t>div</w:t>
      </w:r>
      <w:r w:rsidRPr="0083466E">
        <w:rPr>
          <w:rFonts w:ascii="Times New Roman" w:hAnsi="Times New Roman"/>
          <w:sz w:val="24"/>
          <w:lang w:val="ru-RU"/>
        </w:rPr>
        <w:t>&gt; и &lt;</w:t>
      </w:r>
      <w:r w:rsidRPr="0083466E">
        <w:rPr>
          <w:rFonts w:ascii="Times New Roman" w:hAnsi="Times New Roman"/>
          <w:sz w:val="24"/>
        </w:rPr>
        <w:t>span</w:t>
      </w:r>
      <w:r w:rsidRPr="0083466E">
        <w:rPr>
          <w:rFonts w:ascii="Times New Roman" w:hAnsi="Times New Roman"/>
          <w:sz w:val="24"/>
          <w:lang w:val="ru-RU"/>
        </w:rPr>
        <w:t>&gt;:</w:t>
      </w:r>
    </w:p>
    <w:p w14:paraId="127BCB50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header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верхняя шапка сайта (логотип, контакты, поиск).</w:t>
      </w:r>
    </w:p>
    <w:p w14:paraId="323381E6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nav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блок основной навигации (меню).</w:t>
      </w:r>
    </w:p>
    <w:p w14:paraId="7D0B131E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main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уникальное основное содержимое конкретной страницы.</w:t>
      </w:r>
    </w:p>
    <w:p w14:paraId="2CE95970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article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самостоятельный независимый блок контента (статья, новость, товар).</w:t>
      </w:r>
    </w:p>
    <w:p w14:paraId="0F18FAFA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section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тематический раздел внутри статьи или страницы.</w:t>
      </w:r>
    </w:p>
    <w:p w14:paraId="4C6101C4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aside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боковая колонка (</w:t>
      </w:r>
      <w:proofErr w:type="spellStart"/>
      <w:r w:rsidRPr="0083466E">
        <w:rPr>
          <w:rFonts w:ascii="Times New Roman" w:hAnsi="Times New Roman"/>
          <w:sz w:val="24"/>
          <w:lang w:val="ru-RU"/>
        </w:rPr>
        <w:t>сайдбар</w:t>
      </w:r>
      <w:proofErr w:type="spellEnd"/>
      <w:r w:rsidRPr="0083466E">
        <w:rPr>
          <w:rFonts w:ascii="Times New Roman" w:hAnsi="Times New Roman"/>
          <w:sz w:val="24"/>
          <w:lang w:val="ru-RU"/>
        </w:rPr>
        <w:t>) с дополнительными ссылками или рекламой.</w:t>
      </w:r>
    </w:p>
    <w:p w14:paraId="408D97D7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>• &lt;</w:t>
      </w:r>
      <w:r w:rsidRPr="0083466E">
        <w:rPr>
          <w:rFonts w:ascii="Times New Roman" w:hAnsi="Times New Roman"/>
          <w:b/>
          <w:sz w:val="24"/>
        </w:rPr>
        <w:t>footer</w:t>
      </w:r>
      <w:r w:rsidRPr="0083466E">
        <w:rPr>
          <w:rFonts w:ascii="Times New Roman" w:hAnsi="Times New Roman"/>
          <w:b/>
          <w:sz w:val="24"/>
          <w:lang w:val="ru-RU"/>
        </w:rPr>
        <w:t xml:space="preserve">&gt; — </w:t>
      </w:r>
      <w:r w:rsidRPr="0083466E">
        <w:rPr>
          <w:rFonts w:ascii="Times New Roman" w:hAnsi="Times New Roman"/>
          <w:sz w:val="24"/>
          <w:lang w:val="ru-RU"/>
        </w:rPr>
        <w:t>подвал страницы (копирайты, юридическая информация, ссылки).</w:t>
      </w:r>
    </w:p>
    <w:p w14:paraId="1306F291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>3. ЧПУ-адресация и служебные файлы навигации (</w:t>
      </w:r>
      <w:r w:rsidRPr="0083466E">
        <w:rPr>
          <w:rFonts w:ascii="Times New Roman" w:hAnsi="Times New Roman"/>
          <w:b/>
          <w:sz w:val="26"/>
        </w:rPr>
        <w:t>robots</w:t>
      </w:r>
      <w:r w:rsidRPr="0083466E">
        <w:rPr>
          <w:rFonts w:ascii="Times New Roman" w:hAnsi="Times New Roman"/>
          <w:b/>
          <w:sz w:val="26"/>
          <w:lang w:val="ru-RU"/>
        </w:rPr>
        <w:t>.</w:t>
      </w:r>
      <w:r w:rsidRPr="0083466E">
        <w:rPr>
          <w:rFonts w:ascii="Times New Roman" w:hAnsi="Times New Roman"/>
          <w:b/>
          <w:sz w:val="26"/>
        </w:rPr>
        <w:t>txt</w:t>
      </w:r>
      <w:r w:rsidRPr="0083466E">
        <w:rPr>
          <w:rFonts w:ascii="Times New Roman" w:hAnsi="Times New Roman"/>
          <w:b/>
          <w:sz w:val="26"/>
          <w:lang w:val="ru-RU"/>
        </w:rPr>
        <w:t xml:space="preserve">, </w:t>
      </w:r>
      <w:r w:rsidRPr="0083466E">
        <w:rPr>
          <w:rFonts w:ascii="Times New Roman" w:hAnsi="Times New Roman"/>
          <w:b/>
          <w:sz w:val="26"/>
        </w:rPr>
        <w:t>sitemap</w:t>
      </w:r>
      <w:r w:rsidRPr="0083466E">
        <w:rPr>
          <w:rFonts w:ascii="Times New Roman" w:hAnsi="Times New Roman"/>
          <w:b/>
          <w:sz w:val="26"/>
          <w:lang w:val="ru-RU"/>
        </w:rPr>
        <w:t>.</w:t>
      </w:r>
      <w:r w:rsidRPr="0083466E">
        <w:rPr>
          <w:rFonts w:ascii="Times New Roman" w:hAnsi="Times New Roman"/>
          <w:b/>
          <w:sz w:val="26"/>
        </w:rPr>
        <w:t>xml</w:t>
      </w:r>
      <w:r w:rsidRPr="0083466E">
        <w:rPr>
          <w:rFonts w:ascii="Times New Roman" w:hAnsi="Times New Roman"/>
          <w:b/>
          <w:sz w:val="26"/>
          <w:lang w:val="ru-RU"/>
        </w:rPr>
        <w:t>)</w:t>
      </w:r>
    </w:p>
    <w:p w14:paraId="0C9467E4" w14:textId="77777777" w:rsidR="00494FDD" w:rsidRPr="0083466E" w:rsidRDefault="00000000">
      <w:pPr>
        <w:spacing w:after="80"/>
        <w:jc w:val="both"/>
        <w:rPr>
          <w:lang w:val="ru-RU"/>
        </w:rPr>
      </w:pPr>
      <w:proofErr w:type="spellStart"/>
      <w:r w:rsidRPr="0083466E">
        <w:rPr>
          <w:rFonts w:ascii="Times New Roman" w:hAnsi="Times New Roman"/>
          <w:sz w:val="24"/>
          <w:lang w:val="ru-RU"/>
        </w:rPr>
        <w:t>Человекопонятные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URL</w:t>
      </w:r>
      <w:r w:rsidRPr="0083466E">
        <w:rPr>
          <w:rFonts w:ascii="Times New Roman" w:hAnsi="Times New Roman"/>
          <w:sz w:val="24"/>
          <w:lang w:val="ru-RU"/>
        </w:rPr>
        <w:t xml:space="preserve"> (ЧПУ / </w:t>
      </w:r>
      <w:r w:rsidRPr="0083466E">
        <w:rPr>
          <w:rFonts w:ascii="Times New Roman" w:hAnsi="Times New Roman"/>
          <w:sz w:val="24"/>
        </w:rPr>
        <w:t>SEF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URL</w:t>
      </w:r>
      <w:r w:rsidRPr="0083466E">
        <w:rPr>
          <w:rFonts w:ascii="Times New Roman" w:hAnsi="Times New Roman"/>
          <w:sz w:val="24"/>
          <w:lang w:val="ru-RU"/>
        </w:rPr>
        <w:t xml:space="preserve">) — это веб-адреса, отражающие логическую структуру сайта и понятные человеку без специальной расшифровки. Сравните: </w:t>
      </w:r>
      <w:proofErr w:type="spellStart"/>
      <w:r w:rsidRPr="0083466E">
        <w:rPr>
          <w:rFonts w:ascii="Times New Roman" w:hAnsi="Times New Roman"/>
          <w:sz w:val="24"/>
          <w:lang w:val="ru-RU"/>
        </w:rPr>
        <w:t>неЧПУ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`</w:t>
      </w:r>
      <w:r w:rsidRPr="0083466E">
        <w:rPr>
          <w:rFonts w:ascii="Times New Roman" w:hAnsi="Times New Roman"/>
          <w:sz w:val="24"/>
        </w:rPr>
        <w:t>site</w:t>
      </w:r>
      <w:r w:rsidRPr="0083466E">
        <w:rPr>
          <w:rFonts w:ascii="Times New Roman" w:hAnsi="Times New Roman"/>
          <w:sz w:val="24"/>
          <w:lang w:val="ru-RU"/>
        </w:rPr>
        <w:t>.</w:t>
      </w:r>
      <w:proofErr w:type="spellStart"/>
      <w:r w:rsidRPr="0083466E">
        <w:rPr>
          <w:rFonts w:ascii="Times New Roman" w:hAnsi="Times New Roman"/>
          <w:sz w:val="24"/>
        </w:rPr>
        <w:t>ru</w:t>
      </w:r>
      <w:proofErr w:type="spellEnd"/>
      <w:r w:rsidRPr="0083466E">
        <w:rPr>
          <w:rFonts w:ascii="Times New Roman" w:hAnsi="Times New Roman"/>
          <w:sz w:val="24"/>
          <w:lang w:val="ru-RU"/>
        </w:rPr>
        <w:t>/</w:t>
      </w:r>
      <w:r w:rsidRPr="0083466E">
        <w:rPr>
          <w:rFonts w:ascii="Times New Roman" w:hAnsi="Times New Roman"/>
          <w:sz w:val="24"/>
        </w:rPr>
        <w:t>page</w:t>
      </w:r>
      <w:r w:rsidRPr="0083466E">
        <w:rPr>
          <w:rFonts w:ascii="Times New Roman" w:hAnsi="Times New Roman"/>
          <w:sz w:val="24"/>
          <w:lang w:val="ru-RU"/>
        </w:rPr>
        <w:t>.</w:t>
      </w:r>
      <w:proofErr w:type="spellStart"/>
      <w:r w:rsidRPr="0083466E">
        <w:rPr>
          <w:rFonts w:ascii="Times New Roman" w:hAnsi="Times New Roman"/>
          <w:sz w:val="24"/>
        </w:rPr>
        <w:t>php</w:t>
      </w:r>
      <w:proofErr w:type="spellEnd"/>
      <w:r w:rsidRPr="0083466E">
        <w:rPr>
          <w:rFonts w:ascii="Times New Roman" w:hAnsi="Times New Roman"/>
          <w:sz w:val="24"/>
          <w:lang w:val="ru-RU"/>
        </w:rPr>
        <w:t>?</w:t>
      </w:r>
      <w:r w:rsidRPr="0083466E">
        <w:rPr>
          <w:rFonts w:ascii="Times New Roman" w:hAnsi="Times New Roman"/>
          <w:sz w:val="24"/>
        </w:rPr>
        <w:t>id</w:t>
      </w:r>
      <w:r w:rsidRPr="0083466E">
        <w:rPr>
          <w:rFonts w:ascii="Times New Roman" w:hAnsi="Times New Roman"/>
          <w:sz w:val="24"/>
          <w:lang w:val="ru-RU"/>
        </w:rPr>
        <w:t>=145&amp;</w:t>
      </w:r>
      <w:r w:rsidRPr="0083466E">
        <w:rPr>
          <w:rFonts w:ascii="Times New Roman" w:hAnsi="Times New Roman"/>
          <w:sz w:val="24"/>
        </w:rPr>
        <w:t>cat</w:t>
      </w:r>
      <w:r w:rsidRPr="0083466E">
        <w:rPr>
          <w:rFonts w:ascii="Times New Roman" w:hAnsi="Times New Roman"/>
          <w:sz w:val="24"/>
          <w:lang w:val="ru-RU"/>
        </w:rPr>
        <w:t xml:space="preserve">=12` </w:t>
      </w:r>
      <w:r w:rsidRPr="0083466E">
        <w:rPr>
          <w:rFonts w:ascii="Times New Roman" w:hAnsi="Times New Roman"/>
          <w:sz w:val="24"/>
        </w:rPr>
        <w:t>vs</w:t>
      </w:r>
      <w:r w:rsidRPr="0083466E">
        <w:rPr>
          <w:rFonts w:ascii="Times New Roman" w:hAnsi="Times New Roman"/>
          <w:sz w:val="24"/>
          <w:lang w:val="ru-RU"/>
        </w:rPr>
        <w:t xml:space="preserve"> ЧПУ `</w:t>
      </w:r>
      <w:r w:rsidRPr="0083466E">
        <w:rPr>
          <w:rFonts w:ascii="Times New Roman" w:hAnsi="Times New Roman"/>
          <w:sz w:val="24"/>
        </w:rPr>
        <w:t>site</w:t>
      </w:r>
      <w:r w:rsidRPr="0083466E">
        <w:rPr>
          <w:rFonts w:ascii="Times New Roman" w:hAnsi="Times New Roman"/>
          <w:sz w:val="24"/>
          <w:lang w:val="ru-RU"/>
        </w:rPr>
        <w:t>.</w:t>
      </w:r>
      <w:proofErr w:type="spellStart"/>
      <w:r w:rsidRPr="0083466E">
        <w:rPr>
          <w:rFonts w:ascii="Times New Roman" w:hAnsi="Times New Roman"/>
          <w:sz w:val="24"/>
        </w:rPr>
        <w:t>ru</w:t>
      </w:r>
      <w:proofErr w:type="spellEnd"/>
      <w:r w:rsidRPr="0083466E">
        <w:rPr>
          <w:rFonts w:ascii="Times New Roman" w:hAnsi="Times New Roman"/>
          <w:sz w:val="24"/>
          <w:lang w:val="ru-RU"/>
        </w:rPr>
        <w:t>/</w:t>
      </w:r>
      <w:r w:rsidRPr="0083466E">
        <w:rPr>
          <w:rFonts w:ascii="Times New Roman" w:hAnsi="Times New Roman"/>
          <w:sz w:val="24"/>
        </w:rPr>
        <w:t>catalog</w:t>
      </w:r>
      <w:r w:rsidRPr="0083466E">
        <w:rPr>
          <w:rFonts w:ascii="Times New Roman" w:hAnsi="Times New Roman"/>
          <w:sz w:val="24"/>
          <w:lang w:val="ru-RU"/>
        </w:rPr>
        <w:t>/</w:t>
      </w:r>
      <w:r w:rsidRPr="0083466E">
        <w:rPr>
          <w:rFonts w:ascii="Times New Roman" w:hAnsi="Times New Roman"/>
          <w:sz w:val="24"/>
        </w:rPr>
        <w:t>laptops</w:t>
      </w:r>
      <w:r w:rsidRPr="0083466E">
        <w:rPr>
          <w:rFonts w:ascii="Times New Roman" w:hAnsi="Times New Roman"/>
          <w:sz w:val="24"/>
          <w:lang w:val="ru-RU"/>
        </w:rPr>
        <w:t>/</w:t>
      </w:r>
      <w:r w:rsidRPr="0083466E">
        <w:rPr>
          <w:rFonts w:ascii="Times New Roman" w:hAnsi="Times New Roman"/>
          <w:sz w:val="24"/>
        </w:rPr>
        <w:t>gaming</w:t>
      </w:r>
      <w:r w:rsidRPr="0083466E">
        <w:rPr>
          <w:rFonts w:ascii="Times New Roman" w:hAnsi="Times New Roman"/>
          <w:sz w:val="24"/>
          <w:lang w:val="ru-RU"/>
        </w:rPr>
        <w:t>-</w:t>
      </w:r>
      <w:r w:rsidRPr="0083466E">
        <w:rPr>
          <w:rFonts w:ascii="Times New Roman" w:hAnsi="Times New Roman"/>
          <w:sz w:val="24"/>
        </w:rPr>
        <w:t>hp</w:t>
      </w:r>
      <w:r w:rsidRPr="0083466E">
        <w:rPr>
          <w:rFonts w:ascii="Times New Roman" w:hAnsi="Times New Roman"/>
          <w:sz w:val="24"/>
          <w:lang w:val="ru-RU"/>
        </w:rPr>
        <w:t>`.</w:t>
      </w:r>
    </w:p>
    <w:p w14:paraId="346246AF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Для корректной индексации сайта поисковыми роботами (Яндекс, </w:t>
      </w:r>
      <w:r w:rsidRPr="0083466E">
        <w:rPr>
          <w:rFonts w:ascii="Times New Roman" w:hAnsi="Times New Roman"/>
          <w:sz w:val="24"/>
        </w:rPr>
        <w:t>Google</w:t>
      </w:r>
      <w:r w:rsidRPr="0083466E">
        <w:rPr>
          <w:rFonts w:ascii="Times New Roman" w:hAnsi="Times New Roman"/>
          <w:sz w:val="24"/>
          <w:lang w:val="ru-RU"/>
        </w:rPr>
        <w:t>) используются два ключевых служебных файла:</w:t>
      </w:r>
    </w:p>
    <w:p w14:paraId="393E6B89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1. </w:t>
      </w:r>
      <w:r w:rsidRPr="0083466E">
        <w:rPr>
          <w:rFonts w:ascii="Times New Roman" w:hAnsi="Times New Roman"/>
          <w:b/>
          <w:sz w:val="24"/>
        </w:rPr>
        <w:t>robots</w:t>
      </w:r>
      <w:r w:rsidRPr="0083466E">
        <w:rPr>
          <w:rFonts w:ascii="Times New Roman" w:hAnsi="Times New Roman"/>
          <w:b/>
          <w:sz w:val="24"/>
          <w:lang w:val="ru-RU"/>
        </w:rPr>
        <w:t>.</w:t>
      </w:r>
      <w:r w:rsidRPr="0083466E">
        <w:rPr>
          <w:rFonts w:ascii="Times New Roman" w:hAnsi="Times New Roman"/>
          <w:b/>
          <w:sz w:val="24"/>
        </w:rPr>
        <w:t>txt</w:t>
      </w:r>
      <w:r w:rsidRPr="0083466E">
        <w:rPr>
          <w:rFonts w:ascii="Times New Roman" w:hAnsi="Times New Roman"/>
          <w:b/>
          <w:sz w:val="24"/>
          <w:lang w:val="ru-RU"/>
        </w:rPr>
        <w:t xml:space="preserve"> — </w:t>
      </w:r>
      <w:r w:rsidRPr="0083466E">
        <w:rPr>
          <w:rFonts w:ascii="Times New Roman" w:hAnsi="Times New Roman"/>
          <w:sz w:val="24"/>
          <w:lang w:val="ru-RU"/>
        </w:rPr>
        <w:t>текстовый файл в корневом каталоге сайта (`/</w:t>
      </w:r>
      <w:r w:rsidRPr="0083466E">
        <w:rPr>
          <w:rFonts w:ascii="Times New Roman" w:hAnsi="Times New Roman"/>
          <w:sz w:val="24"/>
        </w:rPr>
        <w:t>robots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txt</w:t>
      </w:r>
      <w:r w:rsidRPr="0083466E">
        <w:rPr>
          <w:rFonts w:ascii="Times New Roman" w:hAnsi="Times New Roman"/>
          <w:sz w:val="24"/>
          <w:lang w:val="ru-RU"/>
        </w:rPr>
        <w:t xml:space="preserve">`), содержащий директивы управления индексацией. Основные директивы: </w:t>
      </w:r>
      <w:r w:rsidRPr="0083466E">
        <w:rPr>
          <w:rFonts w:ascii="Times New Roman" w:hAnsi="Times New Roman"/>
          <w:sz w:val="24"/>
        </w:rPr>
        <w:t>User</w:t>
      </w:r>
      <w:r w:rsidRPr="0083466E">
        <w:rPr>
          <w:rFonts w:ascii="Times New Roman" w:hAnsi="Times New Roman"/>
          <w:sz w:val="24"/>
          <w:lang w:val="ru-RU"/>
        </w:rPr>
        <w:t>-</w:t>
      </w:r>
      <w:r w:rsidRPr="0083466E">
        <w:rPr>
          <w:rFonts w:ascii="Times New Roman" w:hAnsi="Times New Roman"/>
          <w:sz w:val="24"/>
        </w:rPr>
        <w:t>agent</w:t>
      </w:r>
      <w:r w:rsidRPr="0083466E">
        <w:rPr>
          <w:rFonts w:ascii="Times New Roman" w:hAnsi="Times New Roman"/>
          <w:sz w:val="24"/>
          <w:lang w:val="ru-RU"/>
        </w:rPr>
        <w:t xml:space="preserve"> (указание робота), </w:t>
      </w:r>
      <w:r w:rsidRPr="0083466E">
        <w:rPr>
          <w:rFonts w:ascii="Times New Roman" w:hAnsi="Times New Roman"/>
          <w:sz w:val="24"/>
        </w:rPr>
        <w:t>Disallow</w:t>
      </w:r>
      <w:r w:rsidRPr="0083466E">
        <w:rPr>
          <w:rFonts w:ascii="Times New Roman" w:hAnsi="Times New Roman"/>
          <w:sz w:val="24"/>
          <w:lang w:val="ru-RU"/>
        </w:rPr>
        <w:t xml:space="preserve"> (запрет индексации служебных папок /</w:t>
      </w:r>
      <w:r w:rsidRPr="0083466E">
        <w:rPr>
          <w:rFonts w:ascii="Times New Roman" w:hAnsi="Times New Roman"/>
          <w:sz w:val="24"/>
        </w:rPr>
        <w:t>admin</w:t>
      </w:r>
      <w:r w:rsidRPr="0083466E">
        <w:rPr>
          <w:rFonts w:ascii="Times New Roman" w:hAnsi="Times New Roman"/>
          <w:sz w:val="24"/>
          <w:lang w:val="ru-RU"/>
        </w:rPr>
        <w:t>/, /</w:t>
      </w:r>
      <w:r w:rsidRPr="0083466E">
        <w:rPr>
          <w:rFonts w:ascii="Times New Roman" w:hAnsi="Times New Roman"/>
          <w:sz w:val="24"/>
        </w:rPr>
        <w:t>cart</w:t>
      </w:r>
      <w:r w:rsidRPr="0083466E">
        <w:rPr>
          <w:rFonts w:ascii="Times New Roman" w:hAnsi="Times New Roman"/>
          <w:sz w:val="24"/>
          <w:lang w:val="ru-RU"/>
        </w:rPr>
        <w:t xml:space="preserve">/), </w:t>
      </w:r>
      <w:r w:rsidRPr="0083466E">
        <w:rPr>
          <w:rFonts w:ascii="Times New Roman" w:hAnsi="Times New Roman"/>
          <w:sz w:val="24"/>
        </w:rPr>
        <w:t>Allow</w:t>
      </w:r>
      <w:r w:rsidRPr="0083466E">
        <w:rPr>
          <w:rFonts w:ascii="Times New Roman" w:hAnsi="Times New Roman"/>
          <w:sz w:val="24"/>
          <w:lang w:val="ru-RU"/>
        </w:rPr>
        <w:t xml:space="preserve"> (разрешение доступа), </w:t>
      </w:r>
      <w:r w:rsidRPr="0083466E">
        <w:rPr>
          <w:rFonts w:ascii="Times New Roman" w:hAnsi="Times New Roman"/>
          <w:sz w:val="24"/>
        </w:rPr>
        <w:t>Sitemap</w:t>
      </w:r>
      <w:r w:rsidRPr="0083466E">
        <w:rPr>
          <w:rFonts w:ascii="Times New Roman" w:hAnsi="Times New Roman"/>
          <w:sz w:val="24"/>
          <w:lang w:val="ru-RU"/>
        </w:rPr>
        <w:t xml:space="preserve"> (ссылка на карту сайта).</w:t>
      </w:r>
    </w:p>
    <w:p w14:paraId="2AB036F2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2. </w:t>
      </w:r>
      <w:r w:rsidRPr="0083466E">
        <w:rPr>
          <w:rFonts w:ascii="Times New Roman" w:hAnsi="Times New Roman"/>
          <w:b/>
          <w:sz w:val="24"/>
        </w:rPr>
        <w:t>sitemap</w:t>
      </w:r>
      <w:r w:rsidRPr="0083466E">
        <w:rPr>
          <w:rFonts w:ascii="Times New Roman" w:hAnsi="Times New Roman"/>
          <w:b/>
          <w:sz w:val="24"/>
          <w:lang w:val="ru-RU"/>
        </w:rPr>
        <w:t>.</w:t>
      </w:r>
      <w:r w:rsidRPr="0083466E">
        <w:rPr>
          <w:rFonts w:ascii="Times New Roman" w:hAnsi="Times New Roman"/>
          <w:b/>
          <w:sz w:val="24"/>
        </w:rPr>
        <w:t>xml</w:t>
      </w:r>
      <w:r w:rsidRPr="0083466E">
        <w:rPr>
          <w:rFonts w:ascii="Times New Roman" w:hAnsi="Times New Roman"/>
          <w:b/>
          <w:sz w:val="24"/>
          <w:lang w:val="ru-RU"/>
        </w:rPr>
        <w:t xml:space="preserve"> — 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>-файл (`/</w:t>
      </w:r>
      <w:r w:rsidRPr="0083466E">
        <w:rPr>
          <w:rFonts w:ascii="Times New Roman" w:hAnsi="Times New Roman"/>
          <w:sz w:val="24"/>
        </w:rPr>
        <w:t>sitemap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>`), содержащий перечень всех страниц сайта, подлежащих индексации, с метаданными о дате последнего изменения (&lt;</w:t>
      </w:r>
      <w:proofErr w:type="spellStart"/>
      <w:r w:rsidRPr="0083466E">
        <w:rPr>
          <w:rFonts w:ascii="Times New Roman" w:hAnsi="Times New Roman"/>
          <w:sz w:val="24"/>
        </w:rPr>
        <w:t>lastmod</w:t>
      </w:r>
      <w:proofErr w:type="spellEnd"/>
      <w:r w:rsidRPr="0083466E">
        <w:rPr>
          <w:rFonts w:ascii="Times New Roman" w:hAnsi="Times New Roman"/>
          <w:sz w:val="24"/>
          <w:lang w:val="ru-RU"/>
        </w:rPr>
        <w:t>&gt;), частоте обновления (&lt;</w:t>
      </w:r>
      <w:proofErr w:type="spellStart"/>
      <w:r w:rsidRPr="0083466E">
        <w:rPr>
          <w:rFonts w:ascii="Times New Roman" w:hAnsi="Times New Roman"/>
          <w:sz w:val="24"/>
        </w:rPr>
        <w:t>changefreq</w:t>
      </w:r>
      <w:proofErr w:type="spellEnd"/>
      <w:r w:rsidRPr="0083466E">
        <w:rPr>
          <w:rFonts w:ascii="Times New Roman" w:hAnsi="Times New Roman"/>
          <w:sz w:val="24"/>
          <w:lang w:val="ru-RU"/>
        </w:rPr>
        <w:t>&gt;) и приоритете (&lt;</w:t>
      </w:r>
      <w:r w:rsidRPr="0083466E">
        <w:rPr>
          <w:rFonts w:ascii="Times New Roman" w:hAnsi="Times New Roman"/>
          <w:sz w:val="24"/>
        </w:rPr>
        <w:t>priority</w:t>
      </w:r>
      <w:r w:rsidRPr="0083466E">
        <w:rPr>
          <w:rFonts w:ascii="Times New Roman" w:hAnsi="Times New Roman"/>
          <w:sz w:val="24"/>
          <w:lang w:val="ru-RU"/>
        </w:rPr>
        <w:t>&gt; от 0.1 до 1.0).</w:t>
      </w:r>
    </w:p>
    <w:p w14:paraId="4538A307" w14:textId="2A7A4D06" w:rsidR="00494FDD" w:rsidRPr="0083466E" w:rsidRDefault="00000000">
      <w:pPr>
        <w:keepNext/>
        <w:spacing w:before="280" w:after="120"/>
        <w:rPr>
          <w:lang w:val="ru-RU"/>
        </w:rPr>
      </w:pPr>
      <w:r w:rsidRPr="0083466E">
        <w:rPr>
          <w:rFonts w:ascii="Times New Roman" w:hAnsi="Times New Roman"/>
          <w:b/>
          <w:sz w:val="28"/>
          <w:lang w:val="ru-RU"/>
        </w:rPr>
        <w:lastRenderedPageBreak/>
        <w:t xml:space="preserve">ПРАКТИЧЕСКАЯ ЧАСТЬ </w:t>
      </w:r>
    </w:p>
    <w:p w14:paraId="28D31777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>Задание 1. Анализ логической структуры и информационного каркаса сайта (15 минут)</w:t>
      </w:r>
    </w:p>
    <w:p w14:paraId="4537F47D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Изучите три производственных сценария архитектуры различных веб-ресурсов. Определите тип логической структуры, рассчитайте максимальную глубину вложенности (</w:t>
      </w:r>
      <w:r w:rsidRPr="0083466E">
        <w:rPr>
          <w:rFonts w:ascii="Times New Roman" w:hAnsi="Times New Roman"/>
          <w:sz w:val="24"/>
        </w:rPr>
        <w:t>Click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Depth</w:t>
      </w:r>
      <w:r w:rsidRPr="0083466E">
        <w:rPr>
          <w:rFonts w:ascii="Times New Roman" w:hAnsi="Times New Roman"/>
          <w:sz w:val="24"/>
          <w:lang w:val="ru-RU"/>
        </w:rPr>
        <w:t>), проверьте соблюдение «Правила 3 кликов» и предложите оптимизационные решения по выравниванию иерархии. Результаты занесите в Таблицу 1.</w:t>
      </w:r>
    </w:p>
    <w:p w14:paraId="0EAB4B76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Кейс 1.1 (Образовательный портал): </w:t>
      </w:r>
      <w:r w:rsidRPr="0083466E">
        <w:rPr>
          <w:rFonts w:ascii="Times New Roman" w:hAnsi="Times New Roman"/>
          <w:sz w:val="24"/>
          <w:lang w:val="ru-RU"/>
        </w:rPr>
        <w:t>Крупный портал технического университета имеет следующую структуру переходов: Главная страница (УВ1) → Раздел «Факультеты» (УВ2) → Страница «Факультет информационных технологий» (УВ3) → Раздел «Кафедры» (УВ4) → Кафедра «Программная инженерия» (УВ5) → Список преподавателей (УВ6) → Персональная страница преподавателя с рабочей программой (УВ7). Хлебные крошки (</w:t>
      </w:r>
      <w:r w:rsidRPr="0083466E">
        <w:rPr>
          <w:rFonts w:ascii="Times New Roman" w:hAnsi="Times New Roman"/>
          <w:sz w:val="24"/>
        </w:rPr>
        <w:t>Breadcrumbs</w:t>
      </w:r>
      <w:r w:rsidRPr="0083466E">
        <w:rPr>
          <w:rFonts w:ascii="Times New Roman" w:hAnsi="Times New Roman"/>
          <w:sz w:val="24"/>
          <w:lang w:val="ru-RU"/>
        </w:rPr>
        <w:t>) на сайте отсутствуют.</w:t>
      </w:r>
    </w:p>
    <w:p w14:paraId="5C7A9E7F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Кейс 1.2 (Интернет-магазин): </w:t>
      </w:r>
      <w:r w:rsidRPr="0083466E">
        <w:rPr>
          <w:rFonts w:ascii="Times New Roman" w:hAnsi="Times New Roman"/>
          <w:sz w:val="24"/>
          <w:lang w:val="ru-RU"/>
        </w:rPr>
        <w:t xml:space="preserve">Интернет-магазин электроники содержит цепочку: Главная (УВ1) → Каталог товаров (УВ2) → Бытовая техника (УВ3) → Климатическое оборудование (УВ4) → Кондиционеры (УВ5) → Настенные сплит-системы (УВ6) → Модель «Сплит-система </w:t>
      </w:r>
      <w:r w:rsidRPr="0083466E">
        <w:rPr>
          <w:rFonts w:ascii="Times New Roman" w:hAnsi="Times New Roman"/>
          <w:sz w:val="24"/>
        </w:rPr>
        <w:t>X</w:t>
      </w:r>
      <w:r w:rsidRPr="0083466E">
        <w:rPr>
          <w:rFonts w:ascii="Times New Roman" w:hAnsi="Times New Roman"/>
          <w:sz w:val="24"/>
          <w:lang w:val="ru-RU"/>
        </w:rPr>
        <w:t>» (УВ7). Поиск по сайту работает только с точностью до категории.</w:t>
      </w:r>
    </w:p>
    <w:p w14:paraId="671F438E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b/>
          <w:sz w:val="24"/>
          <w:lang w:val="ru-RU"/>
        </w:rPr>
        <w:t xml:space="preserve">Кейс 1.3 (Корпоративный сайт): </w:t>
      </w:r>
      <w:r w:rsidRPr="0083466E">
        <w:rPr>
          <w:rFonts w:ascii="Times New Roman" w:hAnsi="Times New Roman"/>
          <w:sz w:val="24"/>
          <w:lang w:val="ru-RU"/>
        </w:rPr>
        <w:t xml:space="preserve">Корпоративный сайт юридической компании выполнен в виде </w:t>
      </w:r>
      <w:proofErr w:type="spellStart"/>
      <w:r w:rsidRPr="0083466E">
        <w:rPr>
          <w:rFonts w:ascii="Times New Roman" w:hAnsi="Times New Roman"/>
          <w:sz w:val="24"/>
          <w:lang w:val="ru-RU"/>
        </w:rPr>
        <w:t>одностраничника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(</w:t>
      </w:r>
      <w:r w:rsidRPr="0083466E">
        <w:rPr>
          <w:rFonts w:ascii="Times New Roman" w:hAnsi="Times New Roman"/>
          <w:sz w:val="24"/>
        </w:rPr>
        <w:t>Landing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Page</w:t>
      </w:r>
      <w:r w:rsidRPr="0083466E">
        <w:rPr>
          <w:rFonts w:ascii="Times New Roman" w:hAnsi="Times New Roman"/>
          <w:sz w:val="24"/>
          <w:lang w:val="ru-RU"/>
        </w:rPr>
        <w:t>) с бесшовными якорями (`#</w:t>
      </w:r>
      <w:r w:rsidRPr="0083466E">
        <w:rPr>
          <w:rFonts w:ascii="Times New Roman" w:hAnsi="Times New Roman"/>
          <w:sz w:val="24"/>
        </w:rPr>
        <w:t>about</w:t>
      </w:r>
      <w:r w:rsidRPr="0083466E">
        <w:rPr>
          <w:rFonts w:ascii="Times New Roman" w:hAnsi="Times New Roman"/>
          <w:sz w:val="24"/>
          <w:lang w:val="ru-RU"/>
        </w:rPr>
        <w:t>`, `#</w:t>
      </w:r>
      <w:r w:rsidRPr="0083466E">
        <w:rPr>
          <w:rFonts w:ascii="Times New Roman" w:hAnsi="Times New Roman"/>
          <w:sz w:val="24"/>
        </w:rPr>
        <w:t>services</w:t>
      </w:r>
      <w:r w:rsidRPr="0083466E">
        <w:rPr>
          <w:rFonts w:ascii="Times New Roman" w:hAnsi="Times New Roman"/>
          <w:sz w:val="24"/>
          <w:lang w:val="ru-RU"/>
        </w:rPr>
        <w:t>`, `#</w:t>
      </w:r>
      <w:r w:rsidRPr="0083466E">
        <w:rPr>
          <w:rFonts w:ascii="Times New Roman" w:hAnsi="Times New Roman"/>
          <w:sz w:val="24"/>
        </w:rPr>
        <w:t>cases</w:t>
      </w:r>
      <w:r w:rsidRPr="0083466E">
        <w:rPr>
          <w:rFonts w:ascii="Times New Roman" w:hAnsi="Times New Roman"/>
          <w:sz w:val="24"/>
          <w:lang w:val="ru-RU"/>
        </w:rPr>
        <w:t>`, `#</w:t>
      </w:r>
      <w:r w:rsidRPr="0083466E">
        <w:rPr>
          <w:rFonts w:ascii="Times New Roman" w:hAnsi="Times New Roman"/>
          <w:sz w:val="24"/>
        </w:rPr>
        <w:t>contacts</w:t>
      </w:r>
      <w:r w:rsidRPr="0083466E">
        <w:rPr>
          <w:rFonts w:ascii="Times New Roman" w:hAnsi="Times New Roman"/>
          <w:sz w:val="24"/>
          <w:lang w:val="ru-RU"/>
        </w:rPr>
        <w:t xml:space="preserve">`), но блог компании вынесен на отдельные </w:t>
      </w:r>
      <w:proofErr w:type="spellStart"/>
      <w:r w:rsidRPr="0083466E">
        <w:rPr>
          <w:rFonts w:ascii="Times New Roman" w:hAnsi="Times New Roman"/>
          <w:sz w:val="24"/>
          <w:lang w:val="ru-RU"/>
        </w:rPr>
        <w:t>подстраницы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с адресами вида `</w:t>
      </w:r>
      <w:r w:rsidRPr="0083466E">
        <w:rPr>
          <w:rFonts w:ascii="Times New Roman" w:hAnsi="Times New Roman"/>
          <w:sz w:val="24"/>
        </w:rPr>
        <w:t>site</w:t>
      </w:r>
      <w:r w:rsidRPr="0083466E">
        <w:rPr>
          <w:rFonts w:ascii="Times New Roman" w:hAnsi="Times New Roman"/>
          <w:sz w:val="24"/>
          <w:lang w:val="ru-RU"/>
        </w:rPr>
        <w:t>.</w:t>
      </w:r>
      <w:proofErr w:type="spellStart"/>
      <w:r w:rsidRPr="0083466E">
        <w:rPr>
          <w:rFonts w:ascii="Times New Roman" w:hAnsi="Times New Roman"/>
          <w:sz w:val="24"/>
        </w:rPr>
        <w:t>ru</w:t>
      </w:r>
      <w:proofErr w:type="spellEnd"/>
      <w:r w:rsidRPr="0083466E">
        <w:rPr>
          <w:rFonts w:ascii="Times New Roman" w:hAnsi="Times New Roman"/>
          <w:sz w:val="24"/>
          <w:lang w:val="ru-RU"/>
        </w:rPr>
        <w:t>/</w:t>
      </w:r>
      <w:r w:rsidRPr="0083466E">
        <w:rPr>
          <w:rFonts w:ascii="Times New Roman" w:hAnsi="Times New Roman"/>
          <w:sz w:val="24"/>
        </w:rPr>
        <w:t>blog</w:t>
      </w:r>
      <w:r w:rsidRPr="0083466E">
        <w:rPr>
          <w:rFonts w:ascii="Times New Roman" w:hAnsi="Times New Roman"/>
          <w:sz w:val="24"/>
          <w:lang w:val="ru-RU"/>
        </w:rPr>
        <w:t>/</w:t>
      </w:r>
      <w:r w:rsidRPr="0083466E">
        <w:rPr>
          <w:rFonts w:ascii="Times New Roman" w:hAnsi="Times New Roman"/>
          <w:sz w:val="24"/>
        </w:rPr>
        <w:t>article</w:t>
      </w:r>
      <w:r w:rsidRPr="0083466E">
        <w:rPr>
          <w:rFonts w:ascii="Times New Roman" w:hAnsi="Times New Roman"/>
          <w:sz w:val="24"/>
          <w:lang w:val="ru-RU"/>
        </w:rPr>
        <w:t>-1`.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1728"/>
        <w:gridCol w:w="1440"/>
        <w:gridCol w:w="2016"/>
        <w:gridCol w:w="2880"/>
      </w:tblGrid>
      <w:tr w:rsidR="00494FDD" w:rsidRPr="0083466E" w14:paraId="6775E68B" w14:textId="77777777" w:rsidTr="0083466E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F7B20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Исследуемый кейс</w:t>
            </w: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33A9E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Тип структуры</w:t>
            </w:r>
          </w:p>
        </w:tc>
        <w:tc>
          <w:tcPr>
            <w:tcW w:w="14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C7786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Макс. глубина (УВ)</w:t>
            </w: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20507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Соблюдение правила 3 кликов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7C3F9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Предлагаемые оптимизации</w:t>
            </w:r>
          </w:p>
        </w:tc>
      </w:tr>
      <w:tr w:rsidR="00494FDD" w:rsidRPr="0083466E" w14:paraId="3FF2F187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A6074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Кейс 1.1 (Портал вуза)</w:t>
            </w: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F30294" w14:textId="5DF0E35A" w:rsidR="00494FDD" w:rsidRPr="0083466E" w:rsidRDefault="00494FDD"/>
        </w:tc>
        <w:tc>
          <w:tcPr>
            <w:tcW w:w="14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6C9B3" w14:textId="502E48A6" w:rsidR="00494FDD" w:rsidRPr="0083466E" w:rsidRDefault="00494FDD">
            <w:pPr>
              <w:jc w:val="center"/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649B03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[Да / Нет + причина]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9BAAC5" w14:textId="30E9A10B" w:rsidR="00494FDD" w:rsidRPr="0083466E" w:rsidRDefault="00494FDD"/>
        </w:tc>
      </w:tr>
      <w:tr w:rsidR="00494FDD" w:rsidRPr="0083466E" w14:paraId="77F228B3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289717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Кейс 1.2 (Магазин)</w:t>
            </w: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93F66" w14:textId="7D4EEDD3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41F111" w14:textId="6AA828B3" w:rsidR="00494FDD" w:rsidRPr="0083466E" w:rsidRDefault="00494FDD">
            <w:pPr>
              <w:jc w:val="center"/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9D7D1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[Да / Нет + причина]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694113" w14:textId="0DD3EFE0" w:rsidR="00494FDD" w:rsidRPr="0083466E" w:rsidRDefault="00494FDD"/>
        </w:tc>
      </w:tr>
      <w:tr w:rsidR="00494FDD" w:rsidRPr="0083466E" w14:paraId="2262F8B3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06114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Кейс 1.3 (Корпоративный)</w:t>
            </w: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8EE18" w14:textId="67632850" w:rsidR="00494FDD" w:rsidRPr="0083466E" w:rsidRDefault="00494FDD"/>
        </w:tc>
        <w:tc>
          <w:tcPr>
            <w:tcW w:w="14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82E08A" w14:textId="1AA5D82E" w:rsidR="00494FDD" w:rsidRPr="0083466E" w:rsidRDefault="00494FDD">
            <w:pPr>
              <w:jc w:val="center"/>
              <w:rPr>
                <w:lang w:val="ru-RU"/>
              </w:rPr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ECF576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[Да / Нет + причина]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9175D9" w14:textId="16A625CA" w:rsidR="00494FDD" w:rsidRPr="0083466E" w:rsidRDefault="00494FDD"/>
        </w:tc>
      </w:tr>
    </w:tbl>
    <w:p w14:paraId="49EBB009" w14:textId="77777777" w:rsidR="00494FDD" w:rsidRPr="0083466E" w:rsidRDefault="00494FDD">
      <w:pPr>
        <w:spacing w:after="120"/>
      </w:pPr>
    </w:p>
    <w:p w14:paraId="71CD2E45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 xml:space="preserve">Задание 2. Исследование </w:t>
      </w:r>
      <w:r w:rsidRPr="0083466E">
        <w:rPr>
          <w:rFonts w:ascii="Times New Roman" w:hAnsi="Times New Roman"/>
          <w:b/>
          <w:sz w:val="26"/>
        </w:rPr>
        <w:t>DOM</w:t>
      </w:r>
      <w:r w:rsidRPr="0083466E">
        <w:rPr>
          <w:rFonts w:ascii="Times New Roman" w:hAnsi="Times New Roman"/>
          <w:b/>
          <w:sz w:val="26"/>
          <w:lang w:val="ru-RU"/>
        </w:rPr>
        <w:t xml:space="preserve">-дерева и семантики </w:t>
      </w:r>
      <w:r w:rsidRPr="0083466E">
        <w:rPr>
          <w:rFonts w:ascii="Times New Roman" w:hAnsi="Times New Roman"/>
          <w:b/>
          <w:sz w:val="26"/>
        </w:rPr>
        <w:t>HTML</w:t>
      </w:r>
      <w:r w:rsidRPr="0083466E">
        <w:rPr>
          <w:rFonts w:ascii="Times New Roman" w:hAnsi="Times New Roman"/>
          <w:b/>
          <w:sz w:val="26"/>
          <w:lang w:val="ru-RU"/>
        </w:rPr>
        <w:t>5 (15 минут)</w:t>
      </w:r>
    </w:p>
    <w:p w14:paraId="67750792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Проанализируйте три дампа исходного кода веб-страниц. Выявите нарушения в структуре </w:t>
      </w:r>
      <w:r w:rsidRPr="0083466E">
        <w:rPr>
          <w:rFonts w:ascii="Times New Roman" w:hAnsi="Times New Roman"/>
          <w:sz w:val="24"/>
        </w:rPr>
        <w:t>DOM</w:t>
      </w:r>
      <w:r w:rsidRPr="0083466E">
        <w:rPr>
          <w:rFonts w:ascii="Times New Roman" w:hAnsi="Times New Roman"/>
          <w:sz w:val="24"/>
          <w:lang w:val="ru-RU"/>
        </w:rPr>
        <w:t xml:space="preserve">-дерева, отсутствие семантики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>5, некорректную вложенность тегов и соберите исправленную семантическую структуру. Результаты занесите в Таблицу 2.</w:t>
      </w:r>
    </w:p>
    <w:p w14:paraId="0FB06BA5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Дамп 2.1 (Устаревшая </w:t>
      </w:r>
      <w:proofErr w:type="spellStart"/>
      <w:r w:rsidRPr="0083466E">
        <w:rPr>
          <w:rFonts w:ascii="Times New Roman" w:hAnsi="Times New Roman"/>
          <w:sz w:val="24"/>
          <w:lang w:val="ru-RU"/>
        </w:rPr>
        <w:t>бессемантическая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верстка на </w:t>
      </w:r>
      <w:r w:rsidRPr="0083466E">
        <w:rPr>
          <w:rFonts w:ascii="Times New Roman" w:hAnsi="Times New Roman"/>
          <w:sz w:val="24"/>
        </w:rPr>
        <w:t>div</w:t>
      </w:r>
      <w:r w:rsidRPr="0083466E">
        <w:rPr>
          <w:rFonts w:ascii="Times New Roman" w:hAnsi="Times New Roman"/>
          <w:sz w:val="24"/>
          <w:lang w:val="ru-RU"/>
        </w:rPr>
        <w:t>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494FDD" w:rsidRPr="0083466E" w14:paraId="6D52006D" w14:textId="77777777">
        <w:trPr>
          <w:jc w:val="center"/>
        </w:trPr>
        <w:tc>
          <w:tcPr>
            <w:tcW w:w="9936" w:type="dxa"/>
            <w:tcBorders>
              <w:left w:val="single" w:sz="24" w:space="0" w:color="2F5496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E1E593A" w14:textId="77777777" w:rsidR="00494FDD" w:rsidRPr="0083466E" w:rsidRDefault="00000000" w:rsidP="0083466E">
            <w:pPr>
              <w:shd w:val="clear" w:color="auto" w:fill="D9D9D9" w:themeFill="background1" w:themeFillShade="D9"/>
              <w:spacing w:after="0"/>
            </w:pPr>
            <w:r w:rsidRPr="0083466E">
              <w:rPr>
                <w:rFonts w:ascii="Times New Roman" w:hAnsi="Times New Roman"/>
                <w:b/>
              </w:rPr>
              <w:lastRenderedPageBreak/>
              <w:t>ФРАГМЕНТ ИСХОДНОГО КОДА 2.1:</w:t>
            </w:r>
            <w:r w:rsidRPr="0083466E">
              <w:rPr>
                <w:rFonts w:ascii="Times New Roman" w:hAnsi="Times New Roman"/>
                <w:b/>
              </w:rPr>
              <w:br/>
            </w:r>
            <w:r w:rsidRPr="0083466E">
              <w:rPr>
                <w:rFonts w:ascii="Times New Roman" w:hAnsi="Times New Roman"/>
                <w:i/>
              </w:rPr>
              <w:t>&lt;div id="header"&gt;&lt;div class="logo"&gt;Site Logo&lt;/div&gt;&lt;div class="menu"&gt;&lt;a href="#"&gt;Home&lt;/a&gt;&lt;/div&gt;&lt;/div&gt;</w:t>
            </w:r>
            <w:r w:rsidRPr="0083466E">
              <w:rPr>
                <w:rFonts w:ascii="Times New Roman" w:hAnsi="Times New Roman"/>
                <w:i/>
              </w:rPr>
              <w:br/>
              <w:t>&lt;div id="content"&gt;&lt;div class="sidebar"&gt;Side links&lt;/div&gt;&lt;div class="main-text"&gt;&lt;h1&gt;Welcome&lt;/h1&gt;&lt;p&gt;Text...&lt;/p&gt;&lt;/div&gt;&lt;/div&gt;</w:t>
            </w:r>
            <w:r w:rsidRPr="0083466E">
              <w:rPr>
                <w:rFonts w:ascii="Times New Roman" w:hAnsi="Times New Roman"/>
                <w:i/>
              </w:rPr>
              <w:br/>
              <w:t>&lt;div id="footer"&gt;&lt;p&gt;Copyright 2026&lt;/p&gt;&lt;/div&gt;</w:t>
            </w:r>
          </w:p>
        </w:tc>
      </w:tr>
    </w:tbl>
    <w:p w14:paraId="7DE74743" w14:textId="77777777" w:rsidR="00494FDD" w:rsidRPr="0083466E" w:rsidRDefault="00494FDD" w:rsidP="0083466E">
      <w:pPr>
        <w:shd w:val="clear" w:color="auto" w:fill="D9D9D9" w:themeFill="background1" w:themeFillShade="D9"/>
        <w:spacing w:after="80"/>
      </w:pPr>
    </w:p>
    <w:p w14:paraId="2CA5C44F" w14:textId="77777777" w:rsidR="00494FDD" w:rsidRPr="0083466E" w:rsidRDefault="00000000" w:rsidP="0083466E">
      <w:pPr>
        <w:shd w:val="clear" w:color="auto" w:fill="D9D9D9" w:themeFill="background1" w:themeFillShade="D9"/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Дамп 2.2 (Код с критическими ошибками вложенности </w:t>
      </w:r>
      <w:r w:rsidRPr="0083466E">
        <w:rPr>
          <w:rFonts w:ascii="Times New Roman" w:hAnsi="Times New Roman"/>
          <w:sz w:val="24"/>
        </w:rPr>
        <w:t>DOM</w:t>
      </w:r>
      <w:r w:rsidRPr="0083466E">
        <w:rPr>
          <w:rFonts w:ascii="Times New Roman" w:hAnsi="Times New Roman"/>
          <w:sz w:val="24"/>
          <w:lang w:val="ru-RU"/>
        </w:rPr>
        <w:t>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494FDD" w:rsidRPr="0083466E" w14:paraId="49259307" w14:textId="77777777">
        <w:trPr>
          <w:jc w:val="center"/>
        </w:trPr>
        <w:tc>
          <w:tcPr>
            <w:tcW w:w="9936" w:type="dxa"/>
            <w:tcBorders>
              <w:left w:val="single" w:sz="24" w:space="0" w:color="2F5496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E68E4FC" w14:textId="77777777" w:rsidR="00494FDD" w:rsidRPr="0083466E" w:rsidRDefault="00000000" w:rsidP="0083466E">
            <w:pPr>
              <w:shd w:val="clear" w:color="auto" w:fill="D9D9D9" w:themeFill="background1" w:themeFillShade="D9"/>
              <w:spacing w:after="0"/>
            </w:pPr>
            <w:r w:rsidRPr="0083466E">
              <w:rPr>
                <w:rFonts w:ascii="Times New Roman" w:hAnsi="Times New Roman"/>
                <w:b/>
              </w:rPr>
              <w:t>ФРАГМЕНТ ИСХОДНОГО КОДА 2.2:</w:t>
            </w:r>
            <w:r w:rsidRPr="0083466E">
              <w:rPr>
                <w:rFonts w:ascii="Times New Roman" w:hAnsi="Times New Roman"/>
                <w:b/>
              </w:rPr>
              <w:br/>
            </w:r>
            <w:r w:rsidRPr="0083466E">
              <w:rPr>
                <w:rFonts w:ascii="Times New Roman" w:hAnsi="Times New Roman"/>
                <w:i/>
              </w:rPr>
              <w:t>&lt;header&gt;&lt;h1&gt;Header Title&lt;nav&gt;&lt;ul&gt;&lt;li&gt;&lt;a href="#"&gt;Link&lt;/li&gt;&lt;/ul&gt;&lt;/header&gt;</w:t>
            </w:r>
            <w:r w:rsidRPr="0083466E">
              <w:rPr>
                <w:rFonts w:ascii="Times New Roman" w:hAnsi="Times New Roman"/>
                <w:i/>
              </w:rPr>
              <w:br/>
              <w:t>&lt;main&gt;&lt;section&gt;&lt;h2&gt;Section&lt;/h2&gt;&lt;p&gt;Paragraph inside section&lt;article&gt;&lt;h3&gt;Article&lt;/h3&gt;&lt;/p&gt;&lt;/article&gt;&lt;/section&gt;&lt;/main&gt;</w:t>
            </w:r>
            <w:r w:rsidRPr="0083466E">
              <w:rPr>
                <w:rFonts w:ascii="Times New Roman" w:hAnsi="Times New Roman"/>
                <w:i/>
              </w:rPr>
              <w:br/>
              <w:t>&lt;footer&gt;&lt;p&gt;Footer info&lt;/footer&gt;</w:t>
            </w:r>
          </w:p>
        </w:tc>
      </w:tr>
    </w:tbl>
    <w:p w14:paraId="41865A92" w14:textId="77777777" w:rsidR="00494FDD" w:rsidRPr="0083466E" w:rsidRDefault="00494FDD" w:rsidP="0083466E">
      <w:pPr>
        <w:shd w:val="clear" w:color="auto" w:fill="D9D9D9" w:themeFill="background1" w:themeFillShade="D9"/>
        <w:spacing w:after="80"/>
      </w:pPr>
    </w:p>
    <w:p w14:paraId="5A4D6383" w14:textId="77777777" w:rsidR="00494FDD" w:rsidRPr="0083466E" w:rsidRDefault="00000000" w:rsidP="0083466E">
      <w:pPr>
        <w:shd w:val="clear" w:color="auto" w:fill="D9D9D9" w:themeFill="background1" w:themeFillShade="D9"/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Дамп 2.3 (Современная семантическая верстка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>5):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494FDD" w:rsidRPr="0083466E" w14:paraId="2E7E7234" w14:textId="77777777">
        <w:trPr>
          <w:jc w:val="center"/>
        </w:trPr>
        <w:tc>
          <w:tcPr>
            <w:tcW w:w="9936" w:type="dxa"/>
            <w:tcBorders>
              <w:left w:val="single" w:sz="24" w:space="0" w:color="2F5496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5EF7593" w14:textId="77777777" w:rsidR="00494FDD" w:rsidRPr="0083466E" w:rsidRDefault="00000000" w:rsidP="0083466E">
            <w:pPr>
              <w:shd w:val="clear" w:color="auto" w:fill="D9D9D9" w:themeFill="background1" w:themeFillShade="D9"/>
              <w:spacing w:after="0"/>
            </w:pPr>
            <w:r w:rsidRPr="0083466E">
              <w:rPr>
                <w:rFonts w:ascii="Times New Roman" w:hAnsi="Times New Roman"/>
                <w:b/>
              </w:rPr>
              <w:t>ФРАГМЕНТ ИСХОДНОГО КОДА 2.3:</w:t>
            </w:r>
            <w:r w:rsidRPr="0083466E">
              <w:rPr>
                <w:rFonts w:ascii="Times New Roman" w:hAnsi="Times New Roman"/>
                <w:b/>
              </w:rPr>
              <w:br/>
            </w:r>
            <w:r w:rsidRPr="0083466E">
              <w:rPr>
                <w:rFonts w:ascii="Times New Roman" w:hAnsi="Times New Roman"/>
                <w:i/>
              </w:rPr>
              <w:t>&lt;header&gt;&lt;a href="/"&gt;&lt;img src="logo.png" alt="Company Logo"&gt;&lt;/a&gt;&lt;nav&gt;&lt;ul&gt;&lt;li&gt;&lt;a href="/about"&gt;About&lt;/a&gt;&lt;/li&gt;&lt;/ul&gt;&lt;/nav&gt;&lt;/header&gt;</w:t>
            </w:r>
            <w:r w:rsidRPr="0083466E">
              <w:rPr>
                <w:rFonts w:ascii="Times New Roman" w:hAnsi="Times New Roman"/>
                <w:i/>
              </w:rPr>
              <w:br/>
              <w:t>&lt;main&gt;&lt;article&gt;&lt;header&gt;&lt;h1&gt;Article Title&lt;/h1&gt;&lt;/header&gt;&lt;section&gt;&lt;p&gt;Content text...&lt;/p&gt;&lt;/section&gt;&lt;/article&gt;&lt;aside&gt;Related news&lt;/aside&gt;&lt;/main&gt;</w:t>
            </w:r>
            <w:r w:rsidRPr="0083466E">
              <w:rPr>
                <w:rFonts w:ascii="Times New Roman" w:hAnsi="Times New Roman"/>
                <w:i/>
              </w:rPr>
              <w:br/>
              <w:t>&lt;footer&gt;&lt;p&gt;&amp;copy; 2026 Tech College&lt;/p&gt;&lt;/footer&gt;</w:t>
            </w:r>
          </w:p>
        </w:tc>
      </w:tr>
    </w:tbl>
    <w:p w14:paraId="43EFFAA6" w14:textId="77777777" w:rsidR="00494FDD" w:rsidRPr="0083466E" w:rsidRDefault="00494FDD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2304"/>
        <w:gridCol w:w="1728"/>
        <w:gridCol w:w="1584"/>
        <w:gridCol w:w="2592"/>
      </w:tblGrid>
      <w:tr w:rsidR="00494FDD" w:rsidRPr="0083466E" w14:paraId="2BAA3F1D" w14:textId="77777777" w:rsidTr="0083466E">
        <w:trPr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9043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Исследуемый дамп</w:t>
            </w: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E5201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Выявленные ошибки DOM / Семантики</w:t>
            </w: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CA6EA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Используемые теги</w:t>
            </w:r>
          </w:p>
        </w:tc>
        <w:tc>
          <w:tcPr>
            <w:tcW w:w="1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C1B79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Соответствие HTML5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E133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Предлагаемый исправленный код</w:t>
            </w:r>
          </w:p>
        </w:tc>
      </w:tr>
      <w:tr w:rsidR="00494FDD" w:rsidRPr="0083466E" w14:paraId="0992BC27" w14:textId="77777777" w:rsidTr="0083466E">
        <w:trPr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44105B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Дамп 2.1 (div-верстка)</w:t>
            </w: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343E35" w14:textId="597AEC4F" w:rsidR="00494FDD" w:rsidRPr="0083466E" w:rsidRDefault="00494FDD"/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37E93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div, a, h1, p</w:t>
            </w:r>
          </w:p>
        </w:tc>
        <w:tc>
          <w:tcPr>
            <w:tcW w:w="1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5BA8E3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[Да / Нет]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6B045A" w14:textId="425E72D8" w:rsidR="00494FDD" w:rsidRPr="0083466E" w:rsidRDefault="00494FDD"/>
        </w:tc>
      </w:tr>
      <w:tr w:rsidR="00494FDD" w:rsidRPr="0083466E" w14:paraId="755501F7" w14:textId="77777777" w:rsidTr="0083466E">
        <w:trPr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48D445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Дамп 2.2 (Ошибки DOM)</w:t>
            </w: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44C6F" w14:textId="5BC888DC" w:rsidR="00494FDD" w:rsidRPr="0083466E" w:rsidRDefault="00494FDD"/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F51159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header, nav, ul, li...</w:t>
            </w:r>
          </w:p>
        </w:tc>
        <w:tc>
          <w:tcPr>
            <w:tcW w:w="1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740B2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[Да / Нет]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69E3CD" w14:textId="024F96F2" w:rsidR="00494FDD" w:rsidRPr="0083466E" w:rsidRDefault="00494FDD"/>
        </w:tc>
      </w:tr>
      <w:tr w:rsidR="00494FDD" w:rsidRPr="0083466E" w14:paraId="315061EC" w14:textId="77777777" w:rsidTr="0083466E">
        <w:trPr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96068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Дамп 2.3 (HTML5)</w:t>
            </w: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346368" w14:textId="37374AEC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]</w:t>
            </w: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6364B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header, nav, main...</w:t>
            </w:r>
          </w:p>
        </w:tc>
        <w:tc>
          <w:tcPr>
            <w:tcW w:w="15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EDA6D9" w14:textId="77777777" w:rsidR="00494FDD" w:rsidRPr="0083466E" w:rsidRDefault="00000000">
            <w:r w:rsidRPr="0083466E">
              <w:rPr>
                <w:rFonts w:ascii="Times New Roman" w:hAnsi="Times New Roman"/>
                <w:i/>
                <w:sz w:val="20"/>
              </w:rPr>
              <w:t>[Да / Нет]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6B73C" w14:textId="5F4201E5" w:rsidR="00494FDD" w:rsidRPr="0083466E" w:rsidRDefault="00494FDD"/>
        </w:tc>
      </w:tr>
    </w:tbl>
    <w:p w14:paraId="73C96E80" w14:textId="77777777" w:rsidR="00494FDD" w:rsidRPr="0083466E" w:rsidRDefault="00494FDD">
      <w:pPr>
        <w:spacing w:after="120"/>
      </w:pPr>
    </w:p>
    <w:p w14:paraId="11A1278E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t>Задание 3. Аудит служебных файлов индексации (</w:t>
      </w:r>
      <w:r w:rsidRPr="0083466E">
        <w:rPr>
          <w:rFonts w:ascii="Times New Roman" w:hAnsi="Times New Roman"/>
          <w:b/>
          <w:sz w:val="26"/>
        </w:rPr>
        <w:t>robots</w:t>
      </w:r>
      <w:r w:rsidRPr="0083466E">
        <w:rPr>
          <w:rFonts w:ascii="Times New Roman" w:hAnsi="Times New Roman"/>
          <w:b/>
          <w:sz w:val="26"/>
          <w:lang w:val="ru-RU"/>
        </w:rPr>
        <w:t>.</w:t>
      </w:r>
      <w:r w:rsidRPr="0083466E">
        <w:rPr>
          <w:rFonts w:ascii="Times New Roman" w:hAnsi="Times New Roman"/>
          <w:b/>
          <w:sz w:val="26"/>
        </w:rPr>
        <w:t>txt</w:t>
      </w:r>
      <w:r w:rsidRPr="0083466E">
        <w:rPr>
          <w:rFonts w:ascii="Times New Roman" w:hAnsi="Times New Roman"/>
          <w:b/>
          <w:sz w:val="26"/>
          <w:lang w:val="ru-RU"/>
        </w:rPr>
        <w:t xml:space="preserve"> и </w:t>
      </w:r>
      <w:r w:rsidRPr="0083466E">
        <w:rPr>
          <w:rFonts w:ascii="Times New Roman" w:hAnsi="Times New Roman"/>
          <w:b/>
          <w:sz w:val="26"/>
        </w:rPr>
        <w:t>sitemap</w:t>
      </w:r>
      <w:r w:rsidRPr="0083466E">
        <w:rPr>
          <w:rFonts w:ascii="Times New Roman" w:hAnsi="Times New Roman"/>
          <w:b/>
          <w:sz w:val="26"/>
          <w:lang w:val="ru-RU"/>
        </w:rPr>
        <w:t>.</w:t>
      </w:r>
      <w:r w:rsidRPr="0083466E">
        <w:rPr>
          <w:rFonts w:ascii="Times New Roman" w:hAnsi="Times New Roman"/>
          <w:b/>
          <w:sz w:val="26"/>
        </w:rPr>
        <w:t>xml</w:t>
      </w:r>
      <w:r w:rsidRPr="0083466E">
        <w:rPr>
          <w:rFonts w:ascii="Times New Roman" w:hAnsi="Times New Roman"/>
          <w:b/>
          <w:sz w:val="26"/>
          <w:lang w:val="ru-RU"/>
        </w:rPr>
        <w:t>) (10 минут)</w:t>
      </w:r>
    </w:p>
    <w:p w14:paraId="6E771A38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Изучите дампы служебных файлов реального интернет-ресурса. Расшифруйте директивы, выявите риски утечки служебной информации через </w:t>
      </w:r>
      <w:r w:rsidRPr="0083466E">
        <w:rPr>
          <w:rFonts w:ascii="Times New Roman" w:hAnsi="Times New Roman"/>
          <w:sz w:val="24"/>
        </w:rPr>
        <w:t>robots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txt</w:t>
      </w:r>
      <w:r w:rsidRPr="0083466E">
        <w:rPr>
          <w:rFonts w:ascii="Times New Roman" w:hAnsi="Times New Roman"/>
          <w:sz w:val="24"/>
          <w:lang w:val="ru-RU"/>
        </w:rPr>
        <w:t xml:space="preserve"> и синтаксические ошибки в 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 xml:space="preserve">-структуре </w:t>
      </w:r>
      <w:r w:rsidRPr="0083466E">
        <w:rPr>
          <w:rFonts w:ascii="Times New Roman" w:hAnsi="Times New Roman"/>
          <w:sz w:val="24"/>
        </w:rPr>
        <w:t>sitemap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>. Заполните Таблицу 3.</w:t>
      </w:r>
    </w:p>
    <w:p w14:paraId="6A35D9EA" w14:textId="77777777" w:rsidR="00494FDD" w:rsidRPr="0083466E" w:rsidRDefault="00000000">
      <w:pPr>
        <w:spacing w:after="80"/>
        <w:jc w:val="both"/>
      </w:pPr>
      <w:proofErr w:type="spellStart"/>
      <w:r w:rsidRPr="0083466E">
        <w:rPr>
          <w:rFonts w:ascii="Times New Roman" w:hAnsi="Times New Roman"/>
          <w:sz w:val="24"/>
        </w:rPr>
        <w:lastRenderedPageBreak/>
        <w:t>Дамп</w:t>
      </w:r>
      <w:proofErr w:type="spellEnd"/>
      <w:r w:rsidRPr="0083466E">
        <w:rPr>
          <w:rFonts w:ascii="Times New Roman" w:hAnsi="Times New Roman"/>
          <w:sz w:val="24"/>
        </w:rPr>
        <w:t xml:space="preserve"> </w:t>
      </w:r>
      <w:proofErr w:type="spellStart"/>
      <w:r w:rsidRPr="0083466E">
        <w:rPr>
          <w:rFonts w:ascii="Times New Roman" w:hAnsi="Times New Roman"/>
          <w:sz w:val="24"/>
        </w:rPr>
        <w:t>файла</w:t>
      </w:r>
      <w:proofErr w:type="spellEnd"/>
      <w:r w:rsidRPr="0083466E">
        <w:rPr>
          <w:rFonts w:ascii="Times New Roman" w:hAnsi="Times New Roman"/>
          <w:sz w:val="24"/>
        </w:rPr>
        <w:t xml:space="preserve"> robots.txt: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494FDD" w:rsidRPr="0083466E" w14:paraId="2A53F9E1" w14:textId="77777777">
        <w:trPr>
          <w:jc w:val="center"/>
        </w:trPr>
        <w:tc>
          <w:tcPr>
            <w:tcW w:w="9936" w:type="dxa"/>
            <w:tcBorders>
              <w:left w:val="single" w:sz="24" w:space="0" w:color="2F5496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EF5E4B7" w14:textId="77777777" w:rsidR="00494FDD" w:rsidRPr="0083466E" w:rsidRDefault="00000000">
            <w:pPr>
              <w:spacing w:after="0"/>
            </w:pPr>
            <w:r w:rsidRPr="0083466E">
              <w:rPr>
                <w:rFonts w:ascii="Times New Roman" w:hAnsi="Times New Roman"/>
                <w:b/>
              </w:rPr>
              <w:t>СОДЕРЖИМОЕ ФАЙЛА ROBOTS.TXT:</w:t>
            </w:r>
            <w:r w:rsidRPr="0083466E">
              <w:rPr>
                <w:rFonts w:ascii="Times New Roman" w:hAnsi="Times New Roman"/>
                <w:b/>
              </w:rPr>
              <w:br/>
            </w:r>
            <w:r w:rsidRPr="0083466E">
              <w:rPr>
                <w:rFonts w:ascii="Times New Roman" w:hAnsi="Times New Roman"/>
                <w:i/>
              </w:rPr>
              <w:t>User-agent: *</w:t>
            </w:r>
            <w:r w:rsidRPr="0083466E">
              <w:rPr>
                <w:rFonts w:ascii="Times New Roman" w:hAnsi="Times New Roman"/>
                <w:i/>
              </w:rPr>
              <w:br/>
              <w:t>Disallow: /admin/</w:t>
            </w:r>
            <w:r w:rsidRPr="0083466E">
              <w:rPr>
                <w:rFonts w:ascii="Times New Roman" w:hAnsi="Times New Roman"/>
                <w:i/>
              </w:rPr>
              <w:br/>
              <w:t>Disallow: /config/database.php</w:t>
            </w:r>
            <w:r w:rsidRPr="0083466E">
              <w:rPr>
                <w:rFonts w:ascii="Times New Roman" w:hAnsi="Times New Roman"/>
                <w:i/>
              </w:rPr>
              <w:br/>
              <w:t>Disallow: /backup_db_2026.sql</w:t>
            </w:r>
            <w:r w:rsidRPr="0083466E">
              <w:rPr>
                <w:rFonts w:ascii="Times New Roman" w:hAnsi="Times New Roman"/>
                <w:i/>
              </w:rPr>
              <w:br/>
              <w:t>Disallow: /cart/</w:t>
            </w:r>
            <w:r w:rsidRPr="0083466E">
              <w:rPr>
                <w:rFonts w:ascii="Times New Roman" w:hAnsi="Times New Roman"/>
                <w:i/>
              </w:rPr>
              <w:br/>
              <w:t>Allow: /static/</w:t>
            </w:r>
            <w:r w:rsidRPr="0083466E">
              <w:rPr>
                <w:rFonts w:ascii="Times New Roman" w:hAnsi="Times New Roman"/>
                <w:i/>
              </w:rPr>
              <w:br/>
              <w:t>Sitemap: https://tech-college.ru/sitemap.xml</w:t>
            </w:r>
          </w:p>
        </w:tc>
      </w:tr>
    </w:tbl>
    <w:p w14:paraId="72A5E575" w14:textId="77777777" w:rsidR="00494FDD" w:rsidRPr="0083466E" w:rsidRDefault="00494FDD">
      <w:pPr>
        <w:spacing w:after="80"/>
      </w:pPr>
    </w:p>
    <w:p w14:paraId="6160A699" w14:textId="77777777" w:rsidR="00494FDD" w:rsidRPr="0083466E" w:rsidRDefault="00000000">
      <w:pPr>
        <w:spacing w:after="80"/>
        <w:jc w:val="both"/>
      </w:pPr>
      <w:r w:rsidRPr="0083466E">
        <w:rPr>
          <w:rFonts w:ascii="Times New Roman" w:hAnsi="Times New Roman"/>
          <w:sz w:val="24"/>
        </w:rPr>
        <w:t>Дамп файла sitemap.xml: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494FDD" w:rsidRPr="0083466E" w14:paraId="72C882DD" w14:textId="77777777">
        <w:trPr>
          <w:jc w:val="center"/>
        </w:trPr>
        <w:tc>
          <w:tcPr>
            <w:tcW w:w="9936" w:type="dxa"/>
            <w:tcBorders>
              <w:left w:val="single" w:sz="24" w:space="0" w:color="2F5496"/>
            </w:tcBorders>
            <w:shd w:val="clear" w:color="auto" w:fill="F2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3E42767" w14:textId="77777777" w:rsidR="00494FDD" w:rsidRPr="0083466E" w:rsidRDefault="00000000">
            <w:pPr>
              <w:spacing w:after="0"/>
            </w:pPr>
            <w:r w:rsidRPr="0083466E">
              <w:rPr>
                <w:rFonts w:ascii="Times New Roman" w:hAnsi="Times New Roman"/>
                <w:b/>
              </w:rPr>
              <w:t>СОДЕРЖИМОЕ ФАЙЛА SITEMAP.XML:</w:t>
            </w:r>
            <w:r w:rsidRPr="0083466E">
              <w:rPr>
                <w:rFonts w:ascii="Times New Roman" w:hAnsi="Times New Roman"/>
                <w:b/>
              </w:rPr>
              <w:br/>
            </w:r>
            <w:r w:rsidRPr="0083466E">
              <w:rPr>
                <w:rFonts w:ascii="Times New Roman" w:hAnsi="Times New Roman"/>
                <w:i/>
              </w:rPr>
              <w:t>&lt;?xml version="1.0" encoding="UTF-8"?&gt;</w:t>
            </w:r>
            <w:r w:rsidRPr="0083466E">
              <w:rPr>
                <w:rFonts w:ascii="Times New Roman" w:hAnsi="Times New Roman"/>
                <w:i/>
              </w:rPr>
              <w:br/>
              <w:t>&lt;urlset xmlns="http://www.sitemaps.org/schemas/sitemap/0.9"&gt;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&lt;url&gt;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&lt;loc&gt;https://tech-college.ru/&lt;/loc&gt;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&lt;lastmod&gt;2026-09-01&lt;/lastmod&gt;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&lt;changefreq&gt;daily&lt;/changefreq&gt;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&lt;priority&gt;1.0&lt;/priority&gt;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&lt;/url&gt;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&lt;url&gt;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&lt;loc&gt;https://tech-college.ru/specialties/programmer&lt;/loc&gt;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&lt;lastmod&gt;2026-08-15&lt;/lastmod&gt;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&lt;changefreq&gt;weekly&lt;/changefreq&gt;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  &lt;priority&gt;0.8&lt;/priority&gt;</w:t>
            </w:r>
            <w:r w:rsidRPr="0083466E">
              <w:rPr>
                <w:rFonts w:ascii="Times New Roman" w:hAnsi="Times New Roman"/>
                <w:i/>
              </w:rPr>
              <w:br/>
              <w:t xml:space="preserve">  &lt;/url&gt;</w:t>
            </w:r>
            <w:r w:rsidRPr="0083466E">
              <w:rPr>
                <w:rFonts w:ascii="Times New Roman" w:hAnsi="Times New Roman"/>
                <w:i/>
              </w:rPr>
              <w:br/>
              <w:t>&lt;/urlset&gt;</w:t>
            </w:r>
          </w:p>
        </w:tc>
      </w:tr>
    </w:tbl>
    <w:p w14:paraId="1151606F" w14:textId="77777777" w:rsidR="00494FDD" w:rsidRPr="0083466E" w:rsidRDefault="00494FDD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880"/>
        <w:gridCol w:w="2304"/>
        <w:gridCol w:w="2160"/>
      </w:tblGrid>
      <w:tr w:rsidR="00494FDD" w:rsidRPr="0083466E" w14:paraId="0595382F" w14:textId="77777777" w:rsidTr="0083466E"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3772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Исследуемый файл / Элемент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5084D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Назначение / Расшифровка директивы</w:t>
            </w: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C3D6D" w14:textId="77777777" w:rsidR="00494FDD" w:rsidRPr="0083466E" w:rsidRDefault="00000000">
            <w:pPr>
              <w:jc w:val="center"/>
              <w:rPr>
                <w:lang w:val="ru-RU"/>
              </w:rPr>
            </w:pPr>
            <w:r w:rsidRPr="0083466E">
              <w:rPr>
                <w:rFonts w:ascii="Times New Roman" w:hAnsi="Times New Roman"/>
                <w:b/>
                <w:sz w:val="20"/>
                <w:lang w:val="ru-RU"/>
              </w:rPr>
              <w:t>Выявленные ошибки и риски ИБ</w:t>
            </w: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5511" w14:textId="77777777" w:rsidR="00494FDD" w:rsidRPr="0083466E" w:rsidRDefault="00000000">
            <w:pPr>
              <w:jc w:val="center"/>
            </w:pPr>
            <w:proofErr w:type="spellStart"/>
            <w:r w:rsidRPr="0083466E">
              <w:rPr>
                <w:rFonts w:ascii="Times New Roman" w:hAnsi="Times New Roman"/>
                <w:b/>
                <w:sz w:val="20"/>
              </w:rPr>
              <w:t>Рекомендуемые</w:t>
            </w:r>
            <w:proofErr w:type="spellEnd"/>
            <w:r w:rsidRPr="0083466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466E">
              <w:rPr>
                <w:rFonts w:ascii="Times New Roman" w:hAnsi="Times New Roman"/>
                <w:b/>
                <w:sz w:val="20"/>
              </w:rPr>
              <w:t>исправления</w:t>
            </w:r>
            <w:proofErr w:type="spellEnd"/>
          </w:p>
        </w:tc>
      </w:tr>
      <w:tr w:rsidR="00494FDD" w:rsidRPr="0083466E" w14:paraId="7255E43B" w14:textId="77777777"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990FBB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robots.txt: Disallow: /admin/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FD5CAA" w14:textId="27A40D4D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D8B688" w14:textId="7FBFC4A6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F51E7" w14:textId="3C689366" w:rsidR="00494FDD" w:rsidRPr="0083466E" w:rsidRDefault="00494FDD"/>
        </w:tc>
      </w:tr>
      <w:tr w:rsidR="00494FDD" w:rsidRPr="0083466E" w14:paraId="113BB078" w14:textId="77777777"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1990D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robots.txt: Disallow: /backup_db_2026.sql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F97E08" w14:textId="4D5FB031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64F1D7" w14:textId="3308E0C1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EA563" w14:textId="727777F4" w:rsidR="00494FDD" w:rsidRPr="0083466E" w:rsidRDefault="00494FDD">
            <w:pPr>
              <w:rPr>
                <w:lang w:val="ru-RU"/>
              </w:rPr>
            </w:pPr>
          </w:p>
        </w:tc>
      </w:tr>
      <w:tr w:rsidR="00494FDD" w:rsidRPr="0083466E" w14:paraId="5127BB29" w14:textId="77777777"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ED957B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sitemap.xml: &lt;loc&gt; и &lt;lastmod&gt;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C57C3" w14:textId="05D288B3" w:rsidR="00494FDD" w:rsidRPr="0083466E" w:rsidRDefault="00494FDD"/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0FCA01" w14:textId="67CC4329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54CFF" w14:textId="31EB5E04" w:rsidR="00494FDD" w:rsidRPr="0083466E" w:rsidRDefault="00494FDD">
            <w:pPr>
              <w:rPr>
                <w:lang w:val="ru-RU"/>
              </w:rPr>
            </w:pPr>
          </w:p>
        </w:tc>
      </w:tr>
      <w:tr w:rsidR="00494FDD" w:rsidRPr="0083466E" w14:paraId="333DDD81" w14:textId="77777777"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43FCA4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sitemap.xml: &lt;priority&gt;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01D3B" w14:textId="7B68FD83" w:rsidR="00494FDD" w:rsidRPr="0083466E" w:rsidRDefault="00494FDD"/>
        </w:tc>
        <w:tc>
          <w:tcPr>
            <w:tcW w:w="230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E51CD" w14:textId="77660CF2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4F87F" w14:textId="16154C80" w:rsidR="00494FDD" w:rsidRPr="0083466E" w:rsidRDefault="00494FDD"/>
        </w:tc>
      </w:tr>
    </w:tbl>
    <w:p w14:paraId="67676EA2" w14:textId="77777777" w:rsidR="00494FDD" w:rsidRPr="0083466E" w:rsidRDefault="00494FDD">
      <w:pPr>
        <w:spacing w:after="120"/>
      </w:pPr>
    </w:p>
    <w:p w14:paraId="060C35B7" w14:textId="77777777" w:rsidR="00494FDD" w:rsidRPr="0083466E" w:rsidRDefault="00000000">
      <w:pPr>
        <w:keepNext/>
        <w:spacing w:before="200" w:after="80"/>
        <w:rPr>
          <w:lang w:val="ru-RU"/>
        </w:rPr>
      </w:pPr>
      <w:r w:rsidRPr="0083466E">
        <w:rPr>
          <w:rFonts w:ascii="Times New Roman" w:hAnsi="Times New Roman"/>
          <w:b/>
          <w:sz w:val="26"/>
          <w:lang w:val="ru-RU"/>
        </w:rPr>
        <w:lastRenderedPageBreak/>
        <w:t>Задание 4. Проектирование оптимальной трехуровневой структуры веб-сайта (10 минут)</w:t>
      </w:r>
    </w:p>
    <w:p w14:paraId="1D75606F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Разработайте собственную проектную схему трехуровневой структуры сайта для отделения колледжа «Информационные технологии». Спроектируйте дерево разделов, настройте правила ЧПУ-адресации, хлебные крошки и подготовьте конфигурацию файла </w:t>
      </w:r>
      <w:r w:rsidRPr="0083466E">
        <w:rPr>
          <w:rFonts w:ascii="Times New Roman" w:hAnsi="Times New Roman"/>
          <w:sz w:val="24"/>
        </w:rPr>
        <w:t>robots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txt</w:t>
      </w:r>
      <w:r w:rsidRPr="0083466E">
        <w:rPr>
          <w:rFonts w:ascii="Times New Roman" w:hAnsi="Times New Roman"/>
          <w:sz w:val="24"/>
          <w:lang w:val="ru-RU"/>
        </w:rPr>
        <w:t>. Результаты занесите в Таблицу 4.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2592"/>
        <w:gridCol w:w="3024"/>
        <w:gridCol w:w="2160"/>
      </w:tblGrid>
      <w:tr w:rsidR="00494FDD" w:rsidRPr="0083466E" w14:paraId="76F4CF79" w14:textId="77777777" w:rsidTr="0083466E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14995" w14:textId="77777777" w:rsidR="00494FDD" w:rsidRPr="0083466E" w:rsidRDefault="00000000">
            <w:pPr>
              <w:jc w:val="center"/>
            </w:pPr>
            <w:proofErr w:type="spellStart"/>
            <w:r w:rsidRPr="0083466E">
              <w:rPr>
                <w:rFonts w:ascii="Times New Roman" w:hAnsi="Times New Roman"/>
                <w:b/>
                <w:sz w:val="20"/>
              </w:rPr>
              <w:t>Уровень</w:t>
            </w:r>
            <w:proofErr w:type="spellEnd"/>
            <w:r w:rsidRPr="0083466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466E">
              <w:rPr>
                <w:rFonts w:ascii="Times New Roman" w:hAnsi="Times New Roman"/>
                <w:b/>
                <w:sz w:val="20"/>
              </w:rPr>
              <w:t>вложенности</w:t>
            </w:r>
            <w:proofErr w:type="spellEnd"/>
            <w:r w:rsidRPr="0083466E">
              <w:rPr>
                <w:rFonts w:ascii="Times New Roman" w:hAnsi="Times New Roman"/>
                <w:b/>
                <w:sz w:val="20"/>
              </w:rPr>
              <w:t xml:space="preserve"> (УВ)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0A901" w14:textId="77777777" w:rsidR="00494FDD" w:rsidRPr="0083466E" w:rsidRDefault="00000000">
            <w:pPr>
              <w:jc w:val="center"/>
            </w:pPr>
            <w:r w:rsidRPr="0083466E">
              <w:rPr>
                <w:rFonts w:ascii="Times New Roman" w:hAnsi="Times New Roman"/>
                <w:b/>
                <w:sz w:val="20"/>
              </w:rPr>
              <w:t>Наименование раздела / Страницы</w:t>
            </w: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056F7" w14:textId="77777777" w:rsidR="00494FDD" w:rsidRPr="0083466E" w:rsidRDefault="00000000">
            <w:pPr>
              <w:jc w:val="center"/>
              <w:rPr>
                <w:lang w:val="ru-RU"/>
              </w:rPr>
            </w:pPr>
            <w:r w:rsidRPr="0083466E">
              <w:rPr>
                <w:rFonts w:ascii="Times New Roman" w:hAnsi="Times New Roman"/>
                <w:b/>
                <w:sz w:val="20"/>
                <w:lang w:val="ru-RU"/>
              </w:rPr>
              <w:t>Спроектированный ЧПУ-адрес (</w:t>
            </w:r>
            <w:r w:rsidRPr="0083466E">
              <w:rPr>
                <w:rFonts w:ascii="Times New Roman" w:hAnsi="Times New Roman"/>
                <w:b/>
                <w:sz w:val="20"/>
              </w:rPr>
              <w:t>SEF</w:t>
            </w:r>
            <w:r w:rsidRPr="0083466E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r w:rsidRPr="0083466E">
              <w:rPr>
                <w:rFonts w:ascii="Times New Roman" w:hAnsi="Times New Roman"/>
                <w:b/>
                <w:sz w:val="20"/>
              </w:rPr>
              <w:t>URL</w:t>
            </w:r>
            <w:r w:rsidRPr="0083466E">
              <w:rPr>
                <w:rFonts w:ascii="Times New Roman" w:hAnsi="Times New Roman"/>
                <w:b/>
                <w:sz w:val="20"/>
                <w:lang w:val="ru-RU"/>
              </w:rPr>
              <w:t>)</w:t>
            </w: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52622" w14:textId="77777777" w:rsidR="00494FDD" w:rsidRPr="0083466E" w:rsidRDefault="00000000">
            <w:pPr>
              <w:jc w:val="center"/>
            </w:pPr>
            <w:proofErr w:type="spellStart"/>
            <w:r w:rsidRPr="0083466E">
              <w:rPr>
                <w:rFonts w:ascii="Times New Roman" w:hAnsi="Times New Roman"/>
                <w:b/>
                <w:sz w:val="20"/>
              </w:rPr>
              <w:t>Навигационные</w:t>
            </w:r>
            <w:proofErr w:type="spellEnd"/>
            <w:r w:rsidRPr="0083466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466E">
              <w:rPr>
                <w:rFonts w:ascii="Times New Roman" w:hAnsi="Times New Roman"/>
                <w:b/>
                <w:sz w:val="20"/>
              </w:rPr>
              <w:t>элементы</w:t>
            </w:r>
            <w:proofErr w:type="spellEnd"/>
            <w:r w:rsidRPr="0083466E">
              <w:rPr>
                <w:rFonts w:ascii="Times New Roman" w:hAnsi="Times New Roman"/>
                <w:b/>
                <w:sz w:val="20"/>
              </w:rPr>
              <w:t xml:space="preserve"> (Breadcrumbs)</w:t>
            </w:r>
          </w:p>
        </w:tc>
      </w:tr>
      <w:tr w:rsidR="00494FDD" w:rsidRPr="0083466E" w14:paraId="7EE12F47" w14:textId="77777777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C84F18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Уровень 1 (УВ1)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F020B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Главная страница отделения IT</w:t>
            </w: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E2DEC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https://it-college.ru/</w:t>
            </w: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448CFA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Главная</w:t>
            </w:r>
          </w:p>
        </w:tc>
      </w:tr>
      <w:tr w:rsidR="00494FDD" w:rsidRPr="0083466E" w14:paraId="5DC3DF63" w14:textId="77777777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FBC8B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Уровень 2 (УВ2)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50DCD0" w14:textId="0E8BB230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33F9DE" w14:textId="131F34FE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059F79" w14:textId="23D43060" w:rsidR="00494FDD" w:rsidRPr="0083466E" w:rsidRDefault="00494FDD"/>
        </w:tc>
      </w:tr>
      <w:tr w:rsidR="00494FDD" w:rsidRPr="0083466E" w14:paraId="6C1D182A" w14:textId="77777777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5DD186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Уровень 3 (УВ3)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BE57C" w14:textId="60338E1E" w:rsidR="00494FDD" w:rsidRPr="0083466E" w:rsidRDefault="00494FDD"/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F9DCB" w14:textId="7F60A8DF" w:rsidR="00494FDD" w:rsidRPr="0083466E" w:rsidRDefault="00494FDD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B51CC3" w14:textId="10D3AE58" w:rsidR="00494FDD" w:rsidRPr="0083466E" w:rsidRDefault="00494FDD"/>
        </w:tc>
      </w:tr>
      <w:tr w:rsidR="00494FDD" w:rsidRPr="0083466E" w14:paraId="59686E41" w14:textId="77777777">
        <w:trPr>
          <w:jc w:val="center"/>
        </w:trPr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34ED5B" w14:textId="77777777" w:rsidR="00494FDD" w:rsidRPr="0083466E" w:rsidRDefault="00000000">
            <w:r w:rsidRPr="0083466E">
              <w:rPr>
                <w:rFonts w:ascii="Times New Roman" w:hAnsi="Times New Roman"/>
                <w:sz w:val="20"/>
              </w:rPr>
              <w:t>Уровень 3 (УВ3)</w:t>
            </w:r>
          </w:p>
        </w:tc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829DB2" w14:textId="2F40B384" w:rsidR="00494FDD" w:rsidRPr="0083466E" w:rsidRDefault="00494FDD"/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E85CC6" w14:textId="1E509484" w:rsidR="00494FDD" w:rsidRPr="0083466E" w:rsidRDefault="00494FDD"/>
        </w:tc>
        <w:tc>
          <w:tcPr>
            <w:tcW w:w="216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3C1116" w14:textId="223971E9" w:rsidR="00494FDD" w:rsidRPr="0083466E" w:rsidRDefault="00494FDD"/>
        </w:tc>
      </w:tr>
    </w:tbl>
    <w:p w14:paraId="165A97B8" w14:textId="77777777" w:rsidR="00494FDD" w:rsidRPr="0083466E" w:rsidRDefault="00494FDD">
      <w:pPr>
        <w:spacing w:after="160"/>
      </w:pPr>
    </w:p>
    <w:p w14:paraId="2C7B3B19" w14:textId="77777777" w:rsidR="00494FDD" w:rsidRPr="0083466E" w:rsidRDefault="00000000">
      <w:pPr>
        <w:keepNext/>
        <w:spacing w:before="280" w:after="120"/>
      </w:pPr>
      <w:r w:rsidRPr="0083466E">
        <w:rPr>
          <w:rFonts w:ascii="Times New Roman" w:hAnsi="Times New Roman"/>
          <w:b/>
          <w:sz w:val="28"/>
        </w:rPr>
        <w:t>ТРЕБОВАНИЯ К ОФОРМЛЕНИЮ ОТЧЕТА</w:t>
      </w:r>
    </w:p>
    <w:p w14:paraId="0E96EBFA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1. Каждый студент выполняет работу индивидуально и оформляет отчет в текстовом редакторе </w:t>
      </w:r>
      <w:r w:rsidRPr="0083466E">
        <w:rPr>
          <w:rFonts w:ascii="Times New Roman" w:hAnsi="Times New Roman"/>
          <w:sz w:val="24"/>
        </w:rPr>
        <w:t>MS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Word</w:t>
      </w:r>
      <w:r w:rsidRPr="0083466E">
        <w:rPr>
          <w:rFonts w:ascii="Times New Roman" w:hAnsi="Times New Roman"/>
          <w:sz w:val="24"/>
          <w:lang w:val="ru-RU"/>
        </w:rPr>
        <w:t>.</w:t>
      </w:r>
    </w:p>
    <w:p w14:paraId="4EE78AA5" w14:textId="77777777" w:rsidR="00494FDD" w:rsidRPr="0083466E" w:rsidRDefault="00000000">
      <w:pPr>
        <w:spacing w:after="8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2. Обязательный состав отчета: полностью заполненные Таблицы 1, 2, 3 и 4 по результатам выполнения Заданий 1–4, фрагменты проверенных кодов/файлов, а также развернутые ответы на 7 контрольных вопросов.</w:t>
      </w:r>
    </w:p>
    <w:p w14:paraId="1A681E64" w14:textId="77777777" w:rsidR="00494FDD" w:rsidRPr="0083466E" w:rsidRDefault="00000000">
      <w:pPr>
        <w:keepNext/>
        <w:spacing w:before="280" w:after="120"/>
        <w:rPr>
          <w:lang w:val="ru-RU"/>
        </w:rPr>
      </w:pPr>
      <w:r w:rsidRPr="0083466E">
        <w:rPr>
          <w:rFonts w:ascii="Times New Roman" w:hAnsi="Times New Roman"/>
          <w:b/>
          <w:sz w:val="28"/>
          <w:lang w:val="ru-RU"/>
        </w:rPr>
        <w:t>КОНТРОЛЬНЫЕ ВОПРОСЫ</w:t>
      </w:r>
    </w:p>
    <w:p w14:paraId="276294AF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1. Что такое логическая и физическая структура веб-сайта и в чем заключаются их принципиальные различия при администрировании ресурсов?</w:t>
      </w:r>
    </w:p>
    <w:p w14:paraId="0BEEB373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>2. Что такое глубина вложенности страниц (</w:t>
      </w:r>
      <w:r w:rsidRPr="0083466E">
        <w:rPr>
          <w:rFonts w:ascii="Times New Roman" w:hAnsi="Times New Roman"/>
          <w:sz w:val="24"/>
        </w:rPr>
        <w:t>Click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Depth</w:t>
      </w:r>
      <w:r w:rsidRPr="0083466E">
        <w:rPr>
          <w:rFonts w:ascii="Times New Roman" w:hAnsi="Times New Roman"/>
          <w:sz w:val="24"/>
          <w:lang w:val="ru-RU"/>
        </w:rPr>
        <w:t xml:space="preserve"> / </w:t>
      </w:r>
      <w:r w:rsidRPr="0083466E">
        <w:rPr>
          <w:rFonts w:ascii="Times New Roman" w:hAnsi="Times New Roman"/>
          <w:sz w:val="24"/>
        </w:rPr>
        <w:t>Level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of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Nesting</w:t>
      </w:r>
      <w:r w:rsidRPr="0083466E">
        <w:rPr>
          <w:rFonts w:ascii="Times New Roman" w:hAnsi="Times New Roman"/>
          <w:sz w:val="24"/>
          <w:lang w:val="ru-RU"/>
        </w:rPr>
        <w:t>) и почему превышение «Правила 3 кликов» негативно сказывается на юзабилити и индексации сайтов?</w:t>
      </w:r>
    </w:p>
    <w:p w14:paraId="5F670D41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3. В чем заключается понятие </w:t>
      </w:r>
      <w:r w:rsidRPr="0083466E">
        <w:rPr>
          <w:rFonts w:ascii="Times New Roman" w:hAnsi="Times New Roman"/>
          <w:sz w:val="24"/>
        </w:rPr>
        <w:t>DOM</w:t>
      </w:r>
      <w:r w:rsidRPr="0083466E">
        <w:rPr>
          <w:rFonts w:ascii="Times New Roman" w:hAnsi="Times New Roman"/>
          <w:sz w:val="24"/>
          <w:lang w:val="ru-RU"/>
        </w:rPr>
        <w:t>-дерева (</w:t>
      </w:r>
      <w:r w:rsidRPr="0083466E">
        <w:rPr>
          <w:rFonts w:ascii="Times New Roman" w:hAnsi="Times New Roman"/>
          <w:sz w:val="24"/>
        </w:rPr>
        <w:t>Document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Object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Model</w:t>
      </w:r>
      <w:r w:rsidRPr="0083466E">
        <w:rPr>
          <w:rFonts w:ascii="Times New Roman" w:hAnsi="Times New Roman"/>
          <w:sz w:val="24"/>
          <w:lang w:val="ru-RU"/>
        </w:rPr>
        <w:t xml:space="preserve">) и как теги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 xml:space="preserve"> образуют иерархическую структуру узлов (</w:t>
      </w:r>
      <w:r w:rsidRPr="0083466E">
        <w:rPr>
          <w:rFonts w:ascii="Times New Roman" w:hAnsi="Times New Roman"/>
          <w:sz w:val="24"/>
        </w:rPr>
        <w:t>Elements</w:t>
      </w:r>
      <w:r w:rsidRPr="0083466E">
        <w:rPr>
          <w:rFonts w:ascii="Times New Roman" w:hAnsi="Times New Roman"/>
          <w:sz w:val="24"/>
          <w:lang w:val="ru-RU"/>
        </w:rPr>
        <w:t xml:space="preserve">, </w:t>
      </w:r>
      <w:r w:rsidRPr="0083466E">
        <w:rPr>
          <w:rFonts w:ascii="Times New Roman" w:hAnsi="Times New Roman"/>
          <w:sz w:val="24"/>
        </w:rPr>
        <w:t>Attributes</w:t>
      </w:r>
      <w:r w:rsidRPr="0083466E">
        <w:rPr>
          <w:rFonts w:ascii="Times New Roman" w:hAnsi="Times New Roman"/>
          <w:sz w:val="24"/>
          <w:lang w:val="ru-RU"/>
        </w:rPr>
        <w:t xml:space="preserve">, </w:t>
      </w:r>
      <w:r w:rsidRPr="0083466E">
        <w:rPr>
          <w:rFonts w:ascii="Times New Roman" w:hAnsi="Times New Roman"/>
          <w:sz w:val="24"/>
        </w:rPr>
        <w:t>Text</w:t>
      </w:r>
      <w:r w:rsidRPr="0083466E">
        <w:rPr>
          <w:rFonts w:ascii="Times New Roman" w:hAnsi="Times New Roman"/>
          <w:sz w:val="24"/>
          <w:lang w:val="ru-RU"/>
        </w:rPr>
        <w:t>)?</w:t>
      </w:r>
    </w:p>
    <w:p w14:paraId="0F746596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4. Какие семантические теги </w:t>
      </w:r>
      <w:r w:rsidRPr="0083466E">
        <w:rPr>
          <w:rFonts w:ascii="Times New Roman" w:hAnsi="Times New Roman"/>
          <w:sz w:val="24"/>
        </w:rPr>
        <w:t>HTML</w:t>
      </w:r>
      <w:r w:rsidRPr="0083466E">
        <w:rPr>
          <w:rFonts w:ascii="Times New Roman" w:hAnsi="Times New Roman"/>
          <w:sz w:val="24"/>
          <w:lang w:val="ru-RU"/>
        </w:rPr>
        <w:t>5 используются для разметки основных структурных блоков страницы (&lt;</w:t>
      </w:r>
      <w:r w:rsidRPr="0083466E">
        <w:rPr>
          <w:rFonts w:ascii="Times New Roman" w:hAnsi="Times New Roman"/>
          <w:sz w:val="24"/>
        </w:rPr>
        <w:t>header</w:t>
      </w:r>
      <w:r w:rsidRPr="0083466E">
        <w:rPr>
          <w:rFonts w:ascii="Times New Roman" w:hAnsi="Times New Roman"/>
          <w:sz w:val="24"/>
          <w:lang w:val="ru-RU"/>
        </w:rPr>
        <w:t>&gt;, &lt;</w:t>
      </w:r>
      <w:r w:rsidRPr="0083466E">
        <w:rPr>
          <w:rFonts w:ascii="Times New Roman" w:hAnsi="Times New Roman"/>
          <w:sz w:val="24"/>
        </w:rPr>
        <w:t>nav</w:t>
      </w:r>
      <w:r w:rsidRPr="0083466E">
        <w:rPr>
          <w:rFonts w:ascii="Times New Roman" w:hAnsi="Times New Roman"/>
          <w:sz w:val="24"/>
          <w:lang w:val="ru-RU"/>
        </w:rPr>
        <w:t>&gt;, &lt;</w:t>
      </w:r>
      <w:r w:rsidRPr="0083466E">
        <w:rPr>
          <w:rFonts w:ascii="Times New Roman" w:hAnsi="Times New Roman"/>
          <w:sz w:val="24"/>
        </w:rPr>
        <w:t>main</w:t>
      </w:r>
      <w:r w:rsidRPr="0083466E">
        <w:rPr>
          <w:rFonts w:ascii="Times New Roman" w:hAnsi="Times New Roman"/>
          <w:sz w:val="24"/>
          <w:lang w:val="ru-RU"/>
        </w:rPr>
        <w:t>&gt;, &lt;</w:t>
      </w:r>
      <w:r w:rsidRPr="0083466E">
        <w:rPr>
          <w:rFonts w:ascii="Times New Roman" w:hAnsi="Times New Roman"/>
          <w:sz w:val="24"/>
        </w:rPr>
        <w:t>article</w:t>
      </w:r>
      <w:r w:rsidRPr="0083466E">
        <w:rPr>
          <w:rFonts w:ascii="Times New Roman" w:hAnsi="Times New Roman"/>
          <w:sz w:val="24"/>
          <w:lang w:val="ru-RU"/>
        </w:rPr>
        <w:t>&gt;, &lt;</w:t>
      </w:r>
      <w:r w:rsidRPr="0083466E">
        <w:rPr>
          <w:rFonts w:ascii="Times New Roman" w:hAnsi="Times New Roman"/>
          <w:sz w:val="24"/>
        </w:rPr>
        <w:t>aside</w:t>
      </w:r>
      <w:r w:rsidRPr="0083466E">
        <w:rPr>
          <w:rFonts w:ascii="Times New Roman" w:hAnsi="Times New Roman"/>
          <w:sz w:val="24"/>
          <w:lang w:val="ru-RU"/>
        </w:rPr>
        <w:t>&gt;, &lt;</w:t>
      </w:r>
      <w:r w:rsidRPr="0083466E">
        <w:rPr>
          <w:rFonts w:ascii="Times New Roman" w:hAnsi="Times New Roman"/>
          <w:sz w:val="24"/>
        </w:rPr>
        <w:t>footer</w:t>
      </w:r>
      <w:r w:rsidRPr="0083466E">
        <w:rPr>
          <w:rFonts w:ascii="Times New Roman" w:hAnsi="Times New Roman"/>
          <w:sz w:val="24"/>
          <w:lang w:val="ru-RU"/>
        </w:rPr>
        <w:t xml:space="preserve">&gt;) и в чем их преимущество перед традиционными </w:t>
      </w:r>
      <w:proofErr w:type="spellStart"/>
      <w:r w:rsidRPr="0083466E">
        <w:rPr>
          <w:rFonts w:ascii="Times New Roman" w:hAnsi="Times New Roman"/>
          <w:sz w:val="24"/>
          <w:lang w:val="ru-RU"/>
        </w:rPr>
        <w:t>бессемантическими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тегами &lt;</w:t>
      </w:r>
      <w:r w:rsidRPr="0083466E">
        <w:rPr>
          <w:rFonts w:ascii="Times New Roman" w:hAnsi="Times New Roman"/>
          <w:sz w:val="24"/>
        </w:rPr>
        <w:t>div</w:t>
      </w:r>
      <w:r w:rsidRPr="0083466E">
        <w:rPr>
          <w:rFonts w:ascii="Times New Roman" w:hAnsi="Times New Roman"/>
          <w:sz w:val="24"/>
          <w:lang w:val="ru-RU"/>
        </w:rPr>
        <w:t>&gt;?</w:t>
      </w:r>
    </w:p>
    <w:p w14:paraId="7F69DF57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lastRenderedPageBreak/>
        <w:t>5. Что такое ЧПУ (</w:t>
      </w:r>
      <w:proofErr w:type="spellStart"/>
      <w:r w:rsidRPr="0083466E">
        <w:rPr>
          <w:rFonts w:ascii="Times New Roman" w:hAnsi="Times New Roman"/>
          <w:sz w:val="24"/>
          <w:lang w:val="ru-RU"/>
        </w:rPr>
        <w:t>человекопонятные</w:t>
      </w:r>
      <w:proofErr w:type="spellEnd"/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URL</w:t>
      </w:r>
      <w:r w:rsidRPr="0083466E">
        <w:rPr>
          <w:rFonts w:ascii="Times New Roman" w:hAnsi="Times New Roman"/>
          <w:sz w:val="24"/>
          <w:lang w:val="ru-RU"/>
        </w:rPr>
        <w:t xml:space="preserve"> / </w:t>
      </w:r>
      <w:r w:rsidRPr="0083466E">
        <w:rPr>
          <w:rFonts w:ascii="Times New Roman" w:hAnsi="Times New Roman"/>
          <w:sz w:val="24"/>
        </w:rPr>
        <w:t>SEF</w:t>
      </w:r>
      <w:r w:rsidRPr="0083466E">
        <w:rPr>
          <w:rFonts w:ascii="Times New Roman" w:hAnsi="Times New Roman"/>
          <w:sz w:val="24"/>
          <w:lang w:val="ru-RU"/>
        </w:rPr>
        <w:t xml:space="preserve"> </w:t>
      </w:r>
      <w:r w:rsidRPr="0083466E">
        <w:rPr>
          <w:rFonts w:ascii="Times New Roman" w:hAnsi="Times New Roman"/>
          <w:sz w:val="24"/>
        </w:rPr>
        <w:t>URL</w:t>
      </w:r>
      <w:r w:rsidRPr="0083466E">
        <w:rPr>
          <w:rFonts w:ascii="Times New Roman" w:hAnsi="Times New Roman"/>
          <w:sz w:val="24"/>
          <w:lang w:val="ru-RU"/>
        </w:rPr>
        <w:t>) и из каких структурных компонентов состоит корректно сформированный веб-адрес?</w:t>
      </w:r>
    </w:p>
    <w:p w14:paraId="1BAA011F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6. Какое назначение имеет служебный файл </w:t>
      </w:r>
      <w:r w:rsidRPr="0083466E">
        <w:rPr>
          <w:rFonts w:ascii="Times New Roman" w:hAnsi="Times New Roman"/>
          <w:sz w:val="24"/>
        </w:rPr>
        <w:t>robots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txt</w:t>
      </w:r>
      <w:r w:rsidRPr="0083466E">
        <w:rPr>
          <w:rFonts w:ascii="Times New Roman" w:hAnsi="Times New Roman"/>
          <w:sz w:val="24"/>
          <w:lang w:val="ru-RU"/>
        </w:rPr>
        <w:t>, какие ключевые директивы в нем применяются и почему в нем нельзя закрывать от индексации конфиденциальные разделы?</w:t>
      </w:r>
    </w:p>
    <w:p w14:paraId="63F9C71E" w14:textId="77777777" w:rsidR="00494FDD" w:rsidRPr="0083466E" w:rsidRDefault="00000000">
      <w:pPr>
        <w:spacing w:after="120"/>
        <w:jc w:val="both"/>
        <w:rPr>
          <w:lang w:val="ru-RU"/>
        </w:rPr>
      </w:pPr>
      <w:r w:rsidRPr="0083466E">
        <w:rPr>
          <w:rFonts w:ascii="Times New Roman" w:hAnsi="Times New Roman"/>
          <w:sz w:val="24"/>
          <w:lang w:val="ru-RU"/>
        </w:rPr>
        <w:t xml:space="preserve">7. Для чего предназначен служебный файл </w:t>
      </w:r>
      <w:r w:rsidRPr="0083466E">
        <w:rPr>
          <w:rFonts w:ascii="Times New Roman" w:hAnsi="Times New Roman"/>
          <w:sz w:val="24"/>
        </w:rPr>
        <w:t>sitemap</w:t>
      </w:r>
      <w:r w:rsidRPr="0083466E">
        <w:rPr>
          <w:rFonts w:ascii="Times New Roman" w:hAnsi="Times New Roman"/>
          <w:sz w:val="24"/>
          <w:lang w:val="ru-RU"/>
        </w:rPr>
        <w:t>.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 xml:space="preserve">, какие </w:t>
      </w:r>
      <w:r w:rsidRPr="0083466E">
        <w:rPr>
          <w:rFonts w:ascii="Times New Roman" w:hAnsi="Times New Roman"/>
          <w:sz w:val="24"/>
        </w:rPr>
        <w:t>XML</w:t>
      </w:r>
      <w:r w:rsidRPr="0083466E">
        <w:rPr>
          <w:rFonts w:ascii="Times New Roman" w:hAnsi="Times New Roman"/>
          <w:sz w:val="24"/>
          <w:lang w:val="ru-RU"/>
        </w:rPr>
        <w:t>-теги являются в нем обязательными и как данный файл ускоряет индексацию новых страниц поисковыми роботами?</w:t>
      </w:r>
    </w:p>
    <w:sectPr w:rsidR="00494FDD" w:rsidRPr="0083466E" w:rsidSect="00034616">
      <w:footerReference w:type="default" r:id="rId8"/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D347E8" w14:textId="77777777" w:rsidR="003B43BA" w:rsidRDefault="003B43BA">
      <w:pPr>
        <w:spacing w:after="0" w:line="240" w:lineRule="auto"/>
      </w:pPr>
      <w:r>
        <w:separator/>
      </w:r>
    </w:p>
  </w:endnote>
  <w:endnote w:type="continuationSeparator" w:id="0">
    <w:p w14:paraId="0E29409C" w14:textId="77777777" w:rsidR="003B43BA" w:rsidRDefault="003B4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CEF276" w14:textId="3DEC3A03" w:rsidR="00494FDD" w:rsidRDefault="00494FDD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ED4957" w14:textId="77777777" w:rsidR="003B43BA" w:rsidRDefault="003B43BA">
      <w:pPr>
        <w:spacing w:after="0" w:line="240" w:lineRule="auto"/>
      </w:pPr>
      <w:r>
        <w:separator/>
      </w:r>
    </w:p>
  </w:footnote>
  <w:footnote w:type="continuationSeparator" w:id="0">
    <w:p w14:paraId="686A011E" w14:textId="77777777" w:rsidR="003B43BA" w:rsidRDefault="003B4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197021">
    <w:abstractNumId w:val="8"/>
  </w:num>
  <w:num w:numId="2" w16cid:durableId="1537767004">
    <w:abstractNumId w:val="6"/>
  </w:num>
  <w:num w:numId="3" w16cid:durableId="1784613956">
    <w:abstractNumId w:val="5"/>
  </w:num>
  <w:num w:numId="4" w16cid:durableId="1483736437">
    <w:abstractNumId w:val="4"/>
  </w:num>
  <w:num w:numId="5" w16cid:durableId="1024672414">
    <w:abstractNumId w:val="7"/>
  </w:num>
  <w:num w:numId="6" w16cid:durableId="1143083136">
    <w:abstractNumId w:val="3"/>
  </w:num>
  <w:num w:numId="7" w16cid:durableId="1039014177">
    <w:abstractNumId w:val="2"/>
  </w:num>
  <w:num w:numId="8" w16cid:durableId="1458718513">
    <w:abstractNumId w:val="1"/>
  </w:num>
  <w:num w:numId="9" w16cid:durableId="730269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92C"/>
    <w:rsid w:val="0029639D"/>
    <w:rsid w:val="00326F90"/>
    <w:rsid w:val="003B43BA"/>
    <w:rsid w:val="00494FDD"/>
    <w:rsid w:val="008346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25906"/>
  <w14:defaultImageDpi w14:val="300"/>
  <w15:docId w15:val="{BF2EB25F-0FF7-7846-BF9F-B782B0C5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OFF6018 UserOFF</cp:lastModifiedBy>
  <cp:revision>2</cp:revision>
  <dcterms:created xsi:type="dcterms:W3CDTF">2026-09-17T06:10:00Z</dcterms:created>
  <dcterms:modified xsi:type="dcterms:W3CDTF">2026-09-17T06:10:00Z</dcterms:modified>
  <cp:category/>
</cp:coreProperties>
</file>