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8E2E1A6" w14:textId="77777777" w:rsidR="004852C9" w:rsidRPr="0028393E" w:rsidRDefault="00000000">
      <w:pPr>
        <w:spacing w:before="120"/>
        <w:jc w:val="center"/>
        <w:rPr>
          <w:lang w:val="ru-RU"/>
        </w:rPr>
      </w:pPr>
      <w:r w:rsidRPr="0028393E">
        <w:rPr>
          <w:b/>
          <w:lang w:val="ru-RU"/>
        </w:rPr>
        <w:t>ПРАКТИЧЕСКИЕ РАБОТЫ ПО ДИСЦИПЛИНЕ ДУП.01 «ТЕХНИК»</w:t>
      </w:r>
    </w:p>
    <w:p w14:paraId="62F77F3C" w14:textId="77777777" w:rsidR="004852C9" w:rsidRPr="0028393E" w:rsidRDefault="00000000">
      <w:pPr>
        <w:jc w:val="center"/>
        <w:rPr>
          <w:lang w:val="ru-RU"/>
        </w:rPr>
      </w:pPr>
      <w:r w:rsidRPr="0028393E">
        <w:rPr>
          <w:b/>
          <w:lang w:val="ru-RU"/>
        </w:rPr>
        <w:t>Тема 1.3. Инструментарий управления веб-ресурсами</w:t>
      </w:r>
    </w:p>
    <w:p w14:paraId="4BD90A25" w14:textId="77777777" w:rsidR="004852C9" w:rsidRPr="0028393E" w:rsidRDefault="00000000">
      <w:pPr>
        <w:spacing w:after="240"/>
        <w:jc w:val="center"/>
        <w:rPr>
          <w:lang w:val="ru-RU"/>
        </w:rPr>
      </w:pPr>
      <w:r w:rsidRPr="0028393E">
        <w:rPr>
          <w:b/>
          <w:lang w:val="ru-RU"/>
        </w:rPr>
        <w:t xml:space="preserve">Комплексное практическое занятие: «Документирование изменений и базовое администрирование </w:t>
      </w:r>
      <w:r>
        <w:rPr>
          <w:b/>
        </w:rPr>
        <w:t>CMS</w:t>
      </w:r>
      <w:r w:rsidRPr="0028393E">
        <w:rPr>
          <w:b/>
          <w:lang w:val="ru-RU"/>
        </w:rPr>
        <w:t xml:space="preserve"> </w:t>
      </w:r>
      <w:r>
        <w:rPr>
          <w:b/>
        </w:rPr>
        <w:t>WordPress</w:t>
      </w:r>
      <w:r w:rsidRPr="0028393E">
        <w:rPr>
          <w:b/>
          <w:lang w:val="ru-RU"/>
        </w:rPr>
        <w:t>»</w:t>
      </w:r>
    </w:p>
    <w:p w14:paraId="65CE48D9" w14:textId="77777777" w:rsidR="004852C9" w:rsidRPr="0028393E" w:rsidRDefault="004852C9">
      <w:pPr>
        <w:spacing w:after="160"/>
        <w:rPr>
          <w:lang w:val="ru-RU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360"/>
      </w:tblGrid>
      <w:tr w:rsidR="004852C9" w:rsidRPr="0028393E" w14:paraId="2B49686A" w14:textId="77777777">
        <w:trPr>
          <w:jc w:val="center"/>
        </w:trPr>
        <w:tc>
          <w:tcPr>
            <w:tcW w:w="9360" w:type="dxa"/>
            <w:tcBorders>
              <w:top w:val="single" w:sz="4" w:space="0" w:color="D48800"/>
              <w:left w:val="single" w:sz="24" w:space="0" w:color="D48800"/>
              <w:bottom w:val="single" w:sz="4" w:space="0" w:color="D48800"/>
              <w:right w:val="single" w:sz="4" w:space="0" w:color="D48800"/>
            </w:tcBorders>
            <w:shd w:val="clear" w:color="auto" w:fill="FFF9E6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5CD97E8" w14:textId="77777777" w:rsidR="004852C9" w:rsidRPr="0028393E" w:rsidRDefault="00000000">
            <w:pPr>
              <w:rPr>
                <w:lang w:val="ru-RU"/>
              </w:rPr>
            </w:pPr>
            <w:r w:rsidRPr="0028393E">
              <w:rPr>
                <w:b/>
                <w:sz w:val="26"/>
                <w:lang w:val="ru-RU"/>
              </w:rPr>
              <w:t>ВАЖНОЕ ПРАВИЛО: ПРЕДОТВРАЩЕНИЕ КОНФЛИКТОВ ПРИ РАБОТЕ В ОБЩЕЙ ЛАБОРАТОРИИ</w:t>
            </w:r>
            <w:r w:rsidRPr="0028393E">
              <w:rPr>
                <w:b/>
                <w:sz w:val="26"/>
                <w:lang w:val="ru-RU"/>
              </w:rPr>
              <w:br/>
            </w:r>
            <w:r w:rsidRPr="0028393E">
              <w:rPr>
                <w:i/>
                <w:sz w:val="24"/>
                <w:lang w:val="ru-RU"/>
              </w:rPr>
              <w:t>За каждым учебным компьютером в лаборатории по расписанию занимаются студенты нескольких групп!</w:t>
            </w:r>
            <w:r w:rsidRPr="0028393E">
              <w:rPr>
                <w:i/>
                <w:sz w:val="24"/>
                <w:lang w:val="ru-RU"/>
              </w:rPr>
              <w:br/>
              <w:t xml:space="preserve">Во избежание перезаписи чужих файлов, порчи баз данных и потери результатов вашей работы КАТЕГОРИЧЕСКИ ЗАПРЕЩЕНО использовать стандартные шаблонные имена (например: </w:t>
            </w:r>
            <w:r>
              <w:rPr>
                <w:i/>
                <w:sz w:val="24"/>
              </w:rPr>
              <w:t>test</w:t>
            </w:r>
            <w:r w:rsidRPr="0028393E">
              <w:rPr>
                <w:i/>
                <w:sz w:val="24"/>
                <w:lang w:val="ru-RU"/>
              </w:rPr>
              <w:t xml:space="preserve">, </w:t>
            </w:r>
            <w:r>
              <w:rPr>
                <w:i/>
                <w:sz w:val="24"/>
              </w:rPr>
              <w:t>admin</w:t>
            </w:r>
            <w:r w:rsidRPr="0028393E">
              <w:rPr>
                <w:i/>
                <w:sz w:val="24"/>
                <w:lang w:val="ru-RU"/>
              </w:rPr>
              <w:t xml:space="preserve">2, </w:t>
            </w:r>
            <w:r>
              <w:rPr>
                <w:i/>
                <w:sz w:val="24"/>
              </w:rPr>
              <w:t>news</w:t>
            </w:r>
            <w:r w:rsidRPr="0028393E">
              <w:rPr>
                <w:i/>
                <w:sz w:val="24"/>
                <w:lang w:val="ru-RU"/>
              </w:rPr>
              <w:t xml:space="preserve">, </w:t>
            </w:r>
            <w:r>
              <w:rPr>
                <w:i/>
                <w:sz w:val="24"/>
              </w:rPr>
              <w:t>demo</w:t>
            </w:r>
            <w:r w:rsidRPr="0028393E">
              <w:rPr>
                <w:i/>
                <w:sz w:val="24"/>
                <w:lang w:val="ru-RU"/>
              </w:rPr>
              <w:t>).</w:t>
            </w:r>
            <w:r w:rsidRPr="0028393E">
              <w:rPr>
                <w:i/>
                <w:sz w:val="24"/>
                <w:lang w:val="ru-RU"/>
              </w:rPr>
              <w:br/>
              <w:t xml:space="preserve">Во всех практических заданиях вы обязаны СТРОГО добавлять свою Фамилию и Номер группы во все создаваемые сущности: имена папок проектов, логины пользователей, </w:t>
            </w:r>
            <w:r>
              <w:rPr>
                <w:i/>
                <w:sz w:val="24"/>
              </w:rPr>
              <w:t>email</w:t>
            </w:r>
            <w:r w:rsidRPr="0028393E">
              <w:rPr>
                <w:i/>
                <w:sz w:val="24"/>
                <w:lang w:val="ru-RU"/>
              </w:rPr>
              <w:t>-адреса, заголовки статей, названия рубрик и имя итогового файла отчета. Обращайте особое внимание на выделенные метки [УКАЖИТЕ СВОЮ ФАМИЛИЮ И ГРУППУ] в тексте инструкций!</w:t>
            </w:r>
          </w:p>
        </w:tc>
      </w:tr>
    </w:tbl>
    <w:p w14:paraId="3A3768C6" w14:textId="77777777" w:rsidR="004852C9" w:rsidRPr="0028393E" w:rsidRDefault="004852C9">
      <w:pPr>
        <w:spacing w:before="40"/>
        <w:rPr>
          <w:lang w:val="ru-RU"/>
        </w:rPr>
      </w:pPr>
    </w:p>
    <w:p w14:paraId="7ABB4B98" w14:textId="77777777" w:rsidR="004852C9" w:rsidRPr="0028393E" w:rsidRDefault="00000000">
      <w:pPr>
        <w:spacing w:before="240"/>
        <w:jc w:val="center"/>
        <w:rPr>
          <w:lang w:val="ru-RU"/>
        </w:rPr>
      </w:pPr>
      <w:r w:rsidRPr="0028393E">
        <w:rPr>
          <w:b/>
          <w:lang w:val="ru-RU"/>
        </w:rPr>
        <w:t>ПРАКТИЧЕСКАЯ РАБОТА № 1</w:t>
      </w:r>
    </w:p>
    <w:p w14:paraId="7E4FF3FC" w14:textId="77777777" w:rsidR="004852C9" w:rsidRPr="0028393E" w:rsidRDefault="00000000">
      <w:pPr>
        <w:spacing w:after="160"/>
        <w:jc w:val="center"/>
        <w:rPr>
          <w:lang w:val="ru-RU"/>
        </w:rPr>
      </w:pPr>
      <w:r w:rsidRPr="0028393E">
        <w:rPr>
          <w:b/>
          <w:lang w:val="ru-RU"/>
        </w:rPr>
        <w:t xml:space="preserve">Тема: Документирование изменений через </w:t>
      </w:r>
      <w:r>
        <w:rPr>
          <w:b/>
        </w:rPr>
        <w:t>CMS</w:t>
      </w:r>
      <w:r w:rsidRPr="0028393E">
        <w:rPr>
          <w:b/>
          <w:lang w:val="ru-RU"/>
        </w:rPr>
        <w:t xml:space="preserve">. Оформление задач и изменений в системе управления контентом. Использование встроенных инструментов </w:t>
      </w:r>
      <w:r>
        <w:rPr>
          <w:b/>
        </w:rPr>
        <w:t>CMS</w:t>
      </w:r>
      <w:r w:rsidRPr="0028393E">
        <w:rPr>
          <w:b/>
          <w:lang w:val="ru-RU"/>
        </w:rPr>
        <w:t xml:space="preserve"> для ведения истории изменений и контроля версий</w:t>
      </w:r>
    </w:p>
    <w:p w14:paraId="5C500ECB" w14:textId="77777777" w:rsidR="004852C9" w:rsidRPr="0028393E" w:rsidRDefault="00000000">
      <w:pPr>
        <w:spacing w:after="200"/>
        <w:jc w:val="center"/>
        <w:rPr>
          <w:lang w:val="ru-RU"/>
        </w:rPr>
      </w:pPr>
      <w:r w:rsidRPr="0028393E">
        <w:rPr>
          <w:i/>
          <w:lang w:val="ru-RU"/>
        </w:rPr>
        <w:t>Расчетное время выполнения: 85 минут</w:t>
      </w:r>
    </w:p>
    <w:p w14:paraId="06547284" w14:textId="77777777" w:rsidR="004852C9" w:rsidRPr="0028393E" w:rsidRDefault="00000000">
      <w:pPr>
        <w:spacing w:before="120"/>
        <w:rPr>
          <w:lang w:val="ru-RU"/>
        </w:rPr>
      </w:pPr>
      <w:r w:rsidRPr="0028393E">
        <w:rPr>
          <w:b/>
          <w:lang w:val="ru-RU"/>
        </w:rPr>
        <w:t>1. ЦЕЛИ И ЗАДАЧИ РАБОТЫ</w:t>
      </w:r>
    </w:p>
    <w:p w14:paraId="70B9F396" w14:textId="77777777" w:rsidR="004852C9" w:rsidRPr="0028393E" w:rsidRDefault="00000000">
      <w:pPr>
        <w:ind w:firstLine="720"/>
        <w:rPr>
          <w:lang w:val="ru-RU"/>
        </w:rPr>
      </w:pPr>
      <w:r w:rsidRPr="0028393E">
        <w:rPr>
          <w:lang w:val="ru-RU"/>
        </w:rPr>
        <w:t>Цель работы: сформировать практические навыки версионирования контента, документирования технических задач и фиксации журнала событий (</w:t>
      </w:r>
      <w:r>
        <w:t>Change</w:t>
      </w:r>
      <w:r w:rsidRPr="0028393E">
        <w:rPr>
          <w:lang w:val="ru-RU"/>
        </w:rPr>
        <w:t xml:space="preserve"> </w:t>
      </w:r>
      <w:r>
        <w:t>Log</w:t>
      </w:r>
      <w:r w:rsidRPr="0028393E">
        <w:rPr>
          <w:lang w:val="ru-RU"/>
        </w:rPr>
        <w:t xml:space="preserve"> / </w:t>
      </w:r>
      <w:r>
        <w:t>Audit</w:t>
      </w:r>
      <w:r w:rsidRPr="0028393E">
        <w:rPr>
          <w:lang w:val="ru-RU"/>
        </w:rPr>
        <w:t xml:space="preserve"> </w:t>
      </w:r>
      <w:r>
        <w:t>Log</w:t>
      </w:r>
      <w:r w:rsidRPr="0028393E">
        <w:rPr>
          <w:lang w:val="ru-RU"/>
        </w:rPr>
        <w:t xml:space="preserve">) средствами </w:t>
      </w:r>
      <w:r>
        <w:t>CMS</w:t>
      </w:r>
      <w:r w:rsidRPr="0028393E">
        <w:rPr>
          <w:lang w:val="ru-RU"/>
        </w:rPr>
        <w:t xml:space="preserve"> </w:t>
      </w:r>
      <w:r>
        <w:t>WordPress</w:t>
      </w:r>
      <w:r w:rsidRPr="0028393E">
        <w:rPr>
          <w:lang w:val="ru-RU"/>
        </w:rPr>
        <w:t xml:space="preserve"> и серверной конфигурации.</w:t>
      </w:r>
    </w:p>
    <w:p w14:paraId="28C2C631" w14:textId="77777777" w:rsidR="004852C9" w:rsidRPr="0028393E" w:rsidRDefault="00000000">
      <w:pPr>
        <w:ind w:firstLine="720"/>
        <w:rPr>
          <w:lang w:val="ru-RU"/>
        </w:rPr>
      </w:pPr>
      <w:r w:rsidRPr="0028393E">
        <w:rPr>
          <w:b/>
          <w:lang w:val="ru-RU"/>
        </w:rPr>
        <w:t>Задачи практической работы:</w:t>
      </w:r>
    </w:p>
    <w:p w14:paraId="533A13A7" w14:textId="77777777" w:rsidR="004852C9" w:rsidRPr="0028393E" w:rsidRDefault="00000000">
      <w:pPr>
        <w:ind w:firstLine="720"/>
        <w:rPr>
          <w:lang w:val="ru-RU"/>
        </w:rPr>
      </w:pPr>
      <w:r w:rsidRPr="0028393E">
        <w:rPr>
          <w:lang w:val="ru-RU"/>
        </w:rPr>
        <w:t>1. Изучить механизмы встроенной системы ревизий (</w:t>
      </w:r>
      <w:r>
        <w:t>Revisions</w:t>
      </w:r>
      <w:r w:rsidRPr="0028393E">
        <w:rPr>
          <w:lang w:val="ru-RU"/>
        </w:rPr>
        <w:t xml:space="preserve">) ядра </w:t>
      </w:r>
      <w:r>
        <w:t>WordPress</w:t>
      </w:r>
      <w:r w:rsidRPr="0028393E">
        <w:rPr>
          <w:lang w:val="ru-RU"/>
        </w:rPr>
        <w:t xml:space="preserve"> для записей и статических страниц.</w:t>
      </w:r>
    </w:p>
    <w:p w14:paraId="7610BCF0" w14:textId="77777777" w:rsidR="004852C9" w:rsidRPr="0028393E" w:rsidRDefault="00000000">
      <w:pPr>
        <w:ind w:firstLine="720"/>
        <w:rPr>
          <w:lang w:val="ru-RU"/>
        </w:rPr>
      </w:pPr>
      <w:r w:rsidRPr="0028393E">
        <w:rPr>
          <w:lang w:val="ru-RU"/>
        </w:rPr>
        <w:t>2. Освоить интерфейс сопоставления редакций (</w:t>
      </w:r>
      <w:r>
        <w:t>Diff</w:t>
      </w:r>
      <w:r w:rsidRPr="0028393E">
        <w:rPr>
          <w:lang w:val="ru-RU"/>
        </w:rPr>
        <w:t>-режим) и пошаговую процедуру отката контента к стабильной контрольной точке.</w:t>
      </w:r>
    </w:p>
    <w:p w14:paraId="7B2D4A21" w14:textId="77777777" w:rsidR="004852C9" w:rsidRPr="0028393E" w:rsidRDefault="00000000">
      <w:pPr>
        <w:ind w:firstLine="720"/>
        <w:rPr>
          <w:lang w:val="ru-RU"/>
        </w:rPr>
      </w:pPr>
      <w:r w:rsidRPr="0028393E">
        <w:rPr>
          <w:lang w:val="ru-RU"/>
        </w:rPr>
        <w:lastRenderedPageBreak/>
        <w:t xml:space="preserve">3. Сконфигурировать лимит глубины хранения ревизий на уровне конфигурационного файла </w:t>
      </w:r>
      <w:r>
        <w:t>wp</w:t>
      </w:r>
      <w:r w:rsidRPr="0028393E">
        <w:rPr>
          <w:lang w:val="ru-RU"/>
        </w:rPr>
        <w:t>-</w:t>
      </w:r>
      <w:r>
        <w:t>config</w:t>
      </w:r>
      <w:r w:rsidRPr="0028393E">
        <w:rPr>
          <w:lang w:val="ru-RU"/>
        </w:rPr>
        <w:t>.</w:t>
      </w:r>
      <w:r>
        <w:t>php</w:t>
      </w:r>
      <w:r w:rsidRPr="0028393E">
        <w:rPr>
          <w:lang w:val="ru-RU"/>
        </w:rPr>
        <w:t xml:space="preserve"> для снижения нагрузки на СУБД </w:t>
      </w:r>
      <w:r>
        <w:t>MySQL</w:t>
      </w:r>
      <w:r w:rsidRPr="0028393E">
        <w:rPr>
          <w:lang w:val="ru-RU"/>
        </w:rPr>
        <w:t>.</w:t>
      </w:r>
    </w:p>
    <w:p w14:paraId="1381D970" w14:textId="77777777" w:rsidR="004852C9" w:rsidRPr="0028393E" w:rsidRDefault="00000000">
      <w:pPr>
        <w:ind w:firstLine="720"/>
        <w:rPr>
          <w:lang w:val="ru-RU"/>
        </w:rPr>
      </w:pPr>
      <w:r w:rsidRPr="0028393E">
        <w:rPr>
          <w:lang w:val="ru-RU"/>
        </w:rPr>
        <w:t xml:space="preserve">4. Развернуть и настроить модуль аудита системных действий (плагин </w:t>
      </w:r>
      <w:r>
        <w:t>Simple</w:t>
      </w:r>
      <w:r w:rsidRPr="0028393E">
        <w:rPr>
          <w:lang w:val="ru-RU"/>
        </w:rPr>
        <w:t xml:space="preserve"> </w:t>
      </w:r>
      <w:r>
        <w:t>History</w:t>
      </w:r>
      <w:r w:rsidRPr="0028393E">
        <w:rPr>
          <w:lang w:val="ru-RU"/>
        </w:rPr>
        <w:t>), сформировав протокол мониторинга действий администратора.</w:t>
      </w:r>
    </w:p>
    <w:p w14:paraId="777F647E" w14:textId="77777777" w:rsidR="004852C9" w:rsidRPr="0028393E" w:rsidRDefault="00000000">
      <w:pPr>
        <w:ind w:firstLine="720"/>
        <w:rPr>
          <w:lang w:val="ru-RU"/>
        </w:rPr>
      </w:pPr>
      <w:r w:rsidRPr="0028393E">
        <w:rPr>
          <w:lang w:val="ru-RU"/>
        </w:rPr>
        <w:t>5. Составить структурированный журнал документирования изменений (</w:t>
      </w:r>
      <w:r>
        <w:t>Changelog</w:t>
      </w:r>
      <w:r w:rsidRPr="0028393E">
        <w:rPr>
          <w:lang w:val="ru-RU"/>
        </w:rPr>
        <w:t>) по регламенту технического сопровождения.</w:t>
      </w:r>
    </w:p>
    <w:p w14:paraId="6D3F2890" w14:textId="77777777" w:rsidR="004852C9" w:rsidRPr="0028393E" w:rsidRDefault="00000000">
      <w:pPr>
        <w:spacing w:before="160"/>
        <w:rPr>
          <w:lang w:val="ru-RU"/>
        </w:rPr>
      </w:pPr>
      <w:r w:rsidRPr="0028393E">
        <w:rPr>
          <w:b/>
          <w:lang w:val="ru-RU"/>
        </w:rPr>
        <w:t>2. КРАТКИЕ ТЕОРЕТИЧЕСКИЕ СВЕДЕНИЯ</w:t>
      </w:r>
    </w:p>
    <w:p w14:paraId="2B0400A5" w14:textId="77777777" w:rsidR="004852C9" w:rsidRPr="0028393E" w:rsidRDefault="00000000">
      <w:pPr>
        <w:ind w:firstLine="720"/>
        <w:rPr>
          <w:lang w:val="ru-RU"/>
        </w:rPr>
      </w:pPr>
      <w:r w:rsidRPr="0028393E">
        <w:rPr>
          <w:lang w:val="ru-RU"/>
        </w:rPr>
        <w:t>В процессе коллективной эксплуатации веб-ресурса непрерывное документирование и контроль версий решают две критически важные задачи: предотвращение безвозвратной потери данных при ошибочных правках и обеспечение прозрачности действий персонала.</w:t>
      </w:r>
    </w:p>
    <w:p w14:paraId="539975CF" w14:textId="77777777" w:rsidR="004852C9" w:rsidRPr="0028393E" w:rsidRDefault="00000000">
      <w:pPr>
        <w:ind w:firstLine="720"/>
        <w:rPr>
          <w:lang w:val="ru-RU"/>
        </w:rPr>
      </w:pPr>
      <w:r w:rsidRPr="0028393E">
        <w:rPr>
          <w:lang w:val="ru-RU"/>
        </w:rPr>
        <w:t xml:space="preserve">1. Механизм ревизий </w:t>
      </w:r>
      <w:r>
        <w:t>WordPress</w:t>
      </w:r>
      <w:r w:rsidRPr="0028393E">
        <w:rPr>
          <w:lang w:val="ru-RU"/>
        </w:rPr>
        <w:t xml:space="preserve"> (</w:t>
      </w:r>
      <w:r>
        <w:t>Revisions</w:t>
      </w:r>
      <w:r w:rsidRPr="0028393E">
        <w:rPr>
          <w:lang w:val="ru-RU"/>
        </w:rPr>
        <w:t xml:space="preserve">). Ядро </w:t>
      </w:r>
      <w:r>
        <w:t>WordPress</w:t>
      </w:r>
      <w:r w:rsidRPr="0028393E">
        <w:rPr>
          <w:lang w:val="ru-RU"/>
        </w:rPr>
        <w:t xml:space="preserve"> автоматически создает моментальный снимок страницы или записи при каждом нажатии кнопок «Сохранить», «Обновить» или при срабатывании встроенного автосохранения. Ревизии сохраняются в таблице базы данных </w:t>
      </w:r>
      <w:r>
        <w:t>wp</w:t>
      </w:r>
      <w:r w:rsidRPr="0028393E">
        <w:rPr>
          <w:lang w:val="ru-RU"/>
        </w:rPr>
        <w:t>_</w:t>
      </w:r>
      <w:r>
        <w:t>posts</w:t>
      </w:r>
      <w:r w:rsidRPr="0028393E">
        <w:rPr>
          <w:lang w:val="ru-RU"/>
        </w:rPr>
        <w:t xml:space="preserve"> со специальным типом </w:t>
      </w:r>
      <w:r>
        <w:t>post</w:t>
      </w:r>
      <w:r w:rsidRPr="0028393E">
        <w:rPr>
          <w:lang w:val="ru-RU"/>
        </w:rPr>
        <w:t>_</w:t>
      </w:r>
      <w:r>
        <w:t>type</w:t>
      </w:r>
      <w:r w:rsidRPr="0028393E">
        <w:rPr>
          <w:lang w:val="ru-RU"/>
        </w:rPr>
        <w:t xml:space="preserve"> = '</w:t>
      </w:r>
      <w:r>
        <w:t>revision</w:t>
      </w:r>
      <w:r w:rsidRPr="0028393E">
        <w:rPr>
          <w:lang w:val="ru-RU"/>
        </w:rPr>
        <w:t xml:space="preserve">', при этом поле </w:t>
      </w:r>
      <w:r>
        <w:t>post</w:t>
      </w:r>
      <w:r w:rsidRPr="0028393E">
        <w:rPr>
          <w:lang w:val="ru-RU"/>
        </w:rPr>
        <w:t>_</w:t>
      </w:r>
      <w:r>
        <w:t>parent</w:t>
      </w:r>
      <w:r w:rsidRPr="0028393E">
        <w:rPr>
          <w:lang w:val="ru-RU"/>
        </w:rPr>
        <w:t xml:space="preserve"> связывает ревизию с исходным материалом. Встроенный инструмент сравнения отображает различия между любыми двумя редакциями в формате посимвольного и построчного </w:t>
      </w:r>
      <w:r>
        <w:t>Diff</w:t>
      </w:r>
      <w:r w:rsidRPr="0028393E">
        <w:rPr>
          <w:lang w:val="ru-RU"/>
        </w:rPr>
        <w:t>: добавленные фрагменты подсвечиваются зеленым цветом, удаленные — красным.</w:t>
      </w:r>
    </w:p>
    <w:p w14:paraId="4149650F" w14:textId="77777777" w:rsidR="004852C9" w:rsidRPr="0028393E" w:rsidRDefault="00000000">
      <w:pPr>
        <w:ind w:firstLine="720"/>
        <w:rPr>
          <w:lang w:val="ru-RU"/>
        </w:rPr>
      </w:pPr>
      <w:r w:rsidRPr="0028393E">
        <w:rPr>
          <w:lang w:val="ru-RU"/>
        </w:rPr>
        <w:t xml:space="preserve">2. Влияние ревизий на производительность базы данных. По умолчанию </w:t>
      </w:r>
      <w:r>
        <w:t>WordPress</w:t>
      </w:r>
      <w:r w:rsidRPr="0028393E">
        <w:rPr>
          <w:lang w:val="ru-RU"/>
        </w:rPr>
        <w:t xml:space="preserve"> не ограничивает количество сохраняемых ревизий. Со временем таблица </w:t>
      </w:r>
      <w:r>
        <w:t>wp</w:t>
      </w:r>
      <w:r w:rsidRPr="0028393E">
        <w:rPr>
          <w:lang w:val="ru-RU"/>
        </w:rPr>
        <w:t>_</w:t>
      </w:r>
      <w:r>
        <w:t>posts</w:t>
      </w:r>
      <w:r w:rsidRPr="0028393E">
        <w:rPr>
          <w:lang w:val="ru-RU"/>
        </w:rPr>
        <w:t xml:space="preserve"> многократно увеличивается в объеме, что замедляет выполнение </w:t>
      </w:r>
      <w:r>
        <w:t>SQL</w:t>
      </w:r>
      <w:r w:rsidRPr="0028393E">
        <w:rPr>
          <w:lang w:val="ru-RU"/>
        </w:rPr>
        <w:t xml:space="preserve">-запросов и неоправданно увеличивает размер резервных копий сайта. Управление глубиной версионирования осуществляется с помощью константы </w:t>
      </w:r>
      <w:r>
        <w:t>WP</w:t>
      </w:r>
      <w:r w:rsidRPr="0028393E">
        <w:rPr>
          <w:lang w:val="ru-RU"/>
        </w:rPr>
        <w:t>_</w:t>
      </w:r>
      <w:r>
        <w:t>POST</w:t>
      </w:r>
      <w:r w:rsidRPr="0028393E">
        <w:rPr>
          <w:lang w:val="ru-RU"/>
        </w:rPr>
        <w:t>_</w:t>
      </w:r>
      <w:r>
        <w:t>REVISIONS</w:t>
      </w:r>
      <w:r w:rsidRPr="0028393E">
        <w:rPr>
          <w:lang w:val="ru-RU"/>
        </w:rPr>
        <w:t xml:space="preserve"> в конфигурационном файле </w:t>
      </w:r>
      <w:r>
        <w:t>wp</w:t>
      </w:r>
      <w:r w:rsidRPr="0028393E">
        <w:rPr>
          <w:lang w:val="ru-RU"/>
        </w:rPr>
        <w:t>-</w:t>
      </w:r>
      <w:r>
        <w:t>config</w:t>
      </w:r>
      <w:r w:rsidRPr="0028393E">
        <w:rPr>
          <w:lang w:val="ru-RU"/>
        </w:rPr>
        <w:t>.</w:t>
      </w:r>
      <w:r>
        <w:t>php</w:t>
      </w:r>
      <w:r w:rsidRPr="0028393E">
        <w:rPr>
          <w:lang w:val="ru-RU"/>
        </w:rPr>
        <w:t>. Установка числового значения (например, 5) указывает системе хранить только 5 самых свежих редакций для каждого материала, автоматически удаляя устаревшие копии.</w:t>
      </w:r>
    </w:p>
    <w:p w14:paraId="37B6C8A4" w14:textId="77777777" w:rsidR="004852C9" w:rsidRPr="0028393E" w:rsidRDefault="00000000">
      <w:pPr>
        <w:ind w:firstLine="720"/>
        <w:rPr>
          <w:lang w:val="ru-RU"/>
        </w:rPr>
      </w:pPr>
      <w:r w:rsidRPr="0028393E">
        <w:rPr>
          <w:lang w:val="ru-RU"/>
        </w:rPr>
        <w:t>3. Журналирование системных событий (</w:t>
      </w:r>
      <w:r>
        <w:t>Audit</w:t>
      </w:r>
      <w:r w:rsidRPr="0028393E">
        <w:rPr>
          <w:lang w:val="ru-RU"/>
        </w:rPr>
        <w:t xml:space="preserve"> </w:t>
      </w:r>
      <w:r>
        <w:t>Log</w:t>
      </w:r>
      <w:r w:rsidRPr="0028393E">
        <w:rPr>
          <w:lang w:val="ru-RU"/>
        </w:rPr>
        <w:t xml:space="preserve">). Штатные ревизии ядра фиксируют только текст и метаданные записей. Изменения параметров сайта, активация и деактивация плагинов, смена тем, создание пользователей и попытки входа ядром в отдельный визуальный журнал не заносятся. Для полноценного организационного контроля применяются плагины аудита (например, </w:t>
      </w:r>
      <w:r>
        <w:t>Simple</w:t>
      </w:r>
      <w:r w:rsidRPr="0028393E">
        <w:rPr>
          <w:lang w:val="ru-RU"/>
        </w:rPr>
        <w:t xml:space="preserve"> </w:t>
      </w:r>
      <w:r>
        <w:lastRenderedPageBreak/>
        <w:t>History</w:t>
      </w:r>
      <w:r w:rsidRPr="0028393E">
        <w:rPr>
          <w:lang w:val="ru-RU"/>
        </w:rPr>
        <w:t xml:space="preserve">), протоколирующие действия с фиксацией времени, инициатора, </w:t>
      </w:r>
      <w:r>
        <w:t>IP</w:t>
      </w:r>
      <w:r w:rsidRPr="0028393E">
        <w:rPr>
          <w:lang w:val="ru-RU"/>
        </w:rPr>
        <w:t>-адреса и контекста события.</w:t>
      </w:r>
    </w:p>
    <w:p w14:paraId="7A3C0D66" w14:textId="77777777" w:rsidR="004852C9" w:rsidRPr="0028393E" w:rsidRDefault="00000000">
      <w:pPr>
        <w:spacing w:before="160"/>
        <w:rPr>
          <w:lang w:val="ru-RU"/>
        </w:rPr>
      </w:pPr>
      <w:r w:rsidRPr="0028393E">
        <w:rPr>
          <w:b/>
          <w:lang w:val="ru-RU"/>
        </w:rPr>
        <w:t>3. ПОШАГОВЫЙ ПРАКТИЧЕСКИЙ ПРАКТИКУМ</w:t>
      </w:r>
    </w:p>
    <w:p w14:paraId="6CDAE961" w14:textId="77777777" w:rsidR="004852C9" w:rsidRPr="0028393E" w:rsidRDefault="00000000">
      <w:pPr>
        <w:spacing w:before="80" w:after="40"/>
        <w:rPr>
          <w:lang w:val="ru-RU"/>
        </w:rPr>
      </w:pPr>
      <w:r w:rsidRPr="0028393E">
        <w:rPr>
          <w:b/>
          <w:lang w:val="ru-RU"/>
        </w:rPr>
        <w:t>Задание 1.1. Исследование механизма ревизий и восстановление версии контента (25 минут)</w:t>
      </w:r>
    </w:p>
    <w:p w14:paraId="25381AA9" w14:textId="77777777" w:rsidR="004852C9" w:rsidRPr="0028393E" w:rsidRDefault="00000000">
      <w:pPr>
        <w:ind w:firstLine="720"/>
        <w:rPr>
          <w:lang w:val="ru-RU"/>
        </w:rPr>
      </w:pPr>
      <w:r w:rsidRPr="0028393E">
        <w:rPr>
          <w:lang w:val="ru-RU"/>
        </w:rPr>
        <w:t>Цель задания: научиться создавать контрольные точки правок страницы, выполнять сопоставление редакций в режиме построчного сравнения и восстанавливать контент после ошибочного удаления.</w:t>
      </w:r>
    </w:p>
    <w:p w14:paraId="746398F0" w14:textId="77777777" w:rsidR="004852C9" w:rsidRPr="0028393E" w:rsidRDefault="00000000">
      <w:pPr>
        <w:ind w:firstLine="720"/>
        <w:rPr>
          <w:lang w:val="ru-RU"/>
        </w:rPr>
      </w:pPr>
      <w:r w:rsidRPr="0028393E">
        <w:rPr>
          <w:b/>
          <w:lang w:val="ru-RU"/>
        </w:rPr>
        <w:t>Шаг 1. Запуск серверного окружения и переход в ваш личный проект:</w:t>
      </w:r>
    </w:p>
    <w:p w14:paraId="2BEF1D55" w14:textId="77777777" w:rsidR="004852C9" w:rsidRPr="0028393E" w:rsidRDefault="00000000">
      <w:pPr>
        <w:ind w:firstLine="1152"/>
        <w:rPr>
          <w:lang w:val="ru-RU"/>
        </w:rPr>
      </w:pPr>
      <w:r w:rsidRPr="0028393E">
        <w:rPr>
          <w:lang w:val="ru-RU"/>
        </w:rPr>
        <w:t xml:space="preserve">• На компьютерах под управлением </w:t>
      </w:r>
      <w:r>
        <w:t>Windows</w:t>
      </w:r>
      <w:r w:rsidRPr="0028393E">
        <w:rPr>
          <w:lang w:val="ru-RU"/>
        </w:rPr>
        <w:t xml:space="preserve">: запустите </w:t>
      </w:r>
      <w:r>
        <w:t>Open</w:t>
      </w:r>
      <w:r w:rsidRPr="0028393E">
        <w:rPr>
          <w:lang w:val="ru-RU"/>
        </w:rPr>
        <w:t xml:space="preserve"> </w:t>
      </w:r>
      <w:r>
        <w:t>Server</w:t>
      </w:r>
      <w:r w:rsidRPr="0028393E">
        <w:rPr>
          <w:lang w:val="ru-RU"/>
        </w:rPr>
        <w:t xml:space="preserve"> </w:t>
      </w:r>
      <w:r>
        <w:t>Panel</w:t>
      </w:r>
      <w:r w:rsidRPr="0028393E">
        <w:rPr>
          <w:lang w:val="ru-RU"/>
        </w:rPr>
        <w:t xml:space="preserve"> 5 (нажмите правой кнопкой мыши по значку программы в системном трее возле часов -&gt; нажмите «Запустить» / зеленый флажок).</w:t>
      </w:r>
    </w:p>
    <w:p w14:paraId="0F45202C" w14:textId="77777777" w:rsidR="004852C9" w:rsidRPr="0028393E" w:rsidRDefault="00000000">
      <w:pPr>
        <w:ind w:firstLine="1152"/>
        <w:rPr>
          <w:lang w:val="ru-RU"/>
        </w:rPr>
      </w:pPr>
      <w:r w:rsidRPr="0028393E">
        <w:rPr>
          <w:lang w:val="ru-RU"/>
        </w:rPr>
        <w:t xml:space="preserve">• На компьютерах под управлением </w:t>
      </w:r>
      <w:r>
        <w:t>macOS</w:t>
      </w:r>
      <w:r w:rsidRPr="0028393E">
        <w:rPr>
          <w:lang w:val="ru-RU"/>
        </w:rPr>
        <w:t xml:space="preserve"> / </w:t>
      </w:r>
      <w:r>
        <w:t>Linux</w:t>
      </w:r>
      <w:r w:rsidRPr="0028393E">
        <w:rPr>
          <w:lang w:val="ru-RU"/>
        </w:rPr>
        <w:t>: запустите используемый стек локального веб-сервера (</w:t>
      </w:r>
      <w:r>
        <w:t>XAMPP</w:t>
      </w:r>
      <w:r w:rsidRPr="0028393E">
        <w:rPr>
          <w:lang w:val="ru-RU"/>
        </w:rPr>
        <w:t xml:space="preserve"> / </w:t>
      </w:r>
      <w:r>
        <w:t>MAMP</w:t>
      </w:r>
      <w:r w:rsidRPr="0028393E">
        <w:rPr>
          <w:lang w:val="ru-RU"/>
        </w:rPr>
        <w:t xml:space="preserve"> / </w:t>
      </w:r>
      <w:r>
        <w:t>Docker</w:t>
      </w:r>
      <w:r w:rsidRPr="0028393E">
        <w:rPr>
          <w:lang w:val="ru-RU"/>
        </w:rPr>
        <w:t xml:space="preserve"> / терминальный </w:t>
      </w:r>
      <w:r>
        <w:t>PHP</w:t>
      </w:r>
      <w:r w:rsidRPr="0028393E">
        <w:rPr>
          <w:lang w:val="ru-RU"/>
        </w:rPr>
        <w:t>-сервер).</w:t>
      </w:r>
    </w:p>
    <w:p w14:paraId="69EFE6BD" w14:textId="77777777" w:rsidR="004852C9" w:rsidRPr="0028393E" w:rsidRDefault="00000000">
      <w:pPr>
        <w:ind w:firstLine="1152"/>
        <w:rPr>
          <w:lang w:val="ru-RU"/>
        </w:rPr>
      </w:pPr>
      <w:r w:rsidRPr="0028393E">
        <w:rPr>
          <w:b/>
          <w:lang w:val="ru-RU"/>
        </w:rPr>
        <w:t xml:space="preserve">• Откройте браузер и введите персональный адрес вашего сайта: </w:t>
      </w:r>
      <w:r>
        <w:rPr>
          <w:b/>
        </w:rPr>
        <w:t>http</w:t>
      </w:r>
      <w:r w:rsidRPr="0028393E">
        <w:rPr>
          <w:b/>
          <w:lang w:val="ru-RU"/>
        </w:rPr>
        <w:t>://</w:t>
      </w:r>
      <w:r>
        <w:rPr>
          <w:b/>
        </w:rPr>
        <w:t>localhost</w:t>
      </w:r>
      <w:r w:rsidRPr="0028393E">
        <w:rPr>
          <w:b/>
          <w:lang w:val="ru-RU"/>
        </w:rPr>
        <w:t>/</w:t>
      </w:r>
      <w:r>
        <w:rPr>
          <w:b/>
        </w:rPr>
        <w:t>rus</w:t>
      </w:r>
      <w:r w:rsidRPr="0028393E">
        <w:rPr>
          <w:b/>
          <w:lang w:val="ru-RU"/>
        </w:rPr>
        <w:t>-</w:t>
      </w:r>
      <w:r>
        <w:rPr>
          <w:b/>
        </w:rPr>
        <w:t>ege</w:t>
      </w:r>
      <w:r w:rsidRPr="0028393E">
        <w:rPr>
          <w:b/>
          <w:lang w:val="ru-RU"/>
        </w:rPr>
        <w:t>-Фамилия/</w:t>
      </w:r>
      <w:r>
        <w:rPr>
          <w:b/>
        </w:rPr>
        <w:t>wp</w:t>
      </w:r>
      <w:r w:rsidRPr="0028393E">
        <w:rPr>
          <w:b/>
          <w:lang w:val="ru-RU"/>
        </w:rPr>
        <w:t>-</w:t>
      </w:r>
      <w:r>
        <w:rPr>
          <w:b/>
        </w:rPr>
        <w:t>admin</w:t>
      </w:r>
      <w:r w:rsidRPr="0028393E">
        <w:rPr>
          <w:b/>
          <w:lang w:val="ru-RU"/>
        </w:rPr>
        <w:t xml:space="preserve">, где вместо «Фамилия» обязательно укажите ВАШУ фамилию латиницей (например: </w:t>
      </w:r>
      <w:r>
        <w:rPr>
          <w:b/>
        </w:rPr>
        <w:t>http</w:t>
      </w:r>
      <w:r w:rsidRPr="0028393E">
        <w:rPr>
          <w:b/>
          <w:lang w:val="ru-RU"/>
        </w:rPr>
        <w:t>://</w:t>
      </w:r>
      <w:r>
        <w:rPr>
          <w:b/>
        </w:rPr>
        <w:t>localhost</w:t>
      </w:r>
      <w:r w:rsidRPr="0028393E">
        <w:rPr>
          <w:b/>
          <w:lang w:val="ru-RU"/>
        </w:rPr>
        <w:t>/</w:t>
      </w:r>
      <w:r>
        <w:rPr>
          <w:b/>
        </w:rPr>
        <w:t>rus</w:t>
      </w:r>
      <w:r w:rsidRPr="0028393E">
        <w:rPr>
          <w:b/>
          <w:lang w:val="ru-RU"/>
        </w:rPr>
        <w:t>-</w:t>
      </w:r>
      <w:r>
        <w:rPr>
          <w:b/>
        </w:rPr>
        <w:t>ege</w:t>
      </w:r>
      <w:r w:rsidRPr="0028393E">
        <w:rPr>
          <w:b/>
          <w:lang w:val="ru-RU"/>
        </w:rPr>
        <w:t>-</w:t>
      </w:r>
      <w:r>
        <w:rPr>
          <w:b/>
        </w:rPr>
        <w:t>ivanov</w:t>
      </w:r>
      <w:r w:rsidRPr="0028393E">
        <w:rPr>
          <w:b/>
          <w:lang w:val="ru-RU"/>
        </w:rPr>
        <w:t>/</w:t>
      </w:r>
      <w:r>
        <w:rPr>
          <w:b/>
        </w:rPr>
        <w:t>wp</w:t>
      </w:r>
      <w:r w:rsidRPr="0028393E">
        <w:rPr>
          <w:b/>
          <w:lang w:val="ru-RU"/>
        </w:rPr>
        <w:t>-</w:t>
      </w:r>
      <w:r>
        <w:rPr>
          <w:b/>
        </w:rPr>
        <w:t>admin</w:t>
      </w:r>
      <w:r w:rsidRPr="0028393E">
        <w:rPr>
          <w:b/>
          <w:lang w:val="ru-RU"/>
        </w:rPr>
        <w:t>).</w:t>
      </w:r>
    </w:p>
    <w:p w14:paraId="3373C7B0" w14:textId="77777777" w:rsidR="004852C9" w:rsidRPr="0028393E" w:rsidRDefault="00000000">
      <w:pPr>
        <w:ind w:firstLine="1152"/>
        <w:rPr>
          <w:lang w:val="ru-RU"/>
        </w:rPr>
      </w:pPr>
      <w:r w:rsidRPr="0028393E">
        <w:rPr>
          <w:lang w:val="ru-RU"/>
        </w:rPr>
        <w:t>• ВНИМАНИЕ: не заходите в чужие папки на локальном сервере! Работайте строго со своей копией сайта.</w:t>
      </w:r>
    </w:p>
    <w:p w14:paraId="7BC07B68" w14:textId="77777777" w:rsidR="004852C9" w:rsidRPr="0028393E" w:rsidRDefault="00000000">
      <w:pPr>
        <w:ind w:firstLine="1152"/>
        <w:rPr>
          <w:lang w:val="ru-RU"/>
        </w:rPr>
      </w:pPr>
      <w:r w:rsidRPr="0028393E">
        <w:rPr>
          <w:lang w:val="ru-RU"/>
        </w:rPr>
        <w:t>• Авторизуйтесь под учетной записью главного администратора.</w:t>
      </w:r>
    </w:p>
    <w:p w14:paraId="224B4822" w14:textId="77777777" w:rsidR="004852C9" w:rsidRPr="0028393E" w:rsidRDefault="00000000">
      <w:pPr>
        <w:ind w:firstLine="720"/>
        <w:rPr>
          <w:lang w:val="ru-RU"/>
        </w:rPr>
      </w:pPr>
      <w:r w:rsidRPr="0028393E">
        <w:rPr>
          <w:b/>
          <w:lang w:val="ru-RU"/>
        </w:rPr>
        <w:t>Шаг 2. Выбор целевой страницы для редактирования:</w:t>
      </w:r>
    </w:p>
    <w:p w14:paraId="3D1B03DD" w14:textId="77777777" w:rsidR="004852C9" w:rsidRPr="0028393E" w:rsidRDefault="00000000">
      <w:pPr>
        <w:ind w:firstLine="1152"/>
        <w:rPr>
          <w:lang w:val="ru-RU"/>
        </w:rPr>
      </w:pPr>
      <w:r w:rsidRPr="0028393E">
        <w:rPr>
          <w:lang w:val="ru-RU"/>
        </w:rPr>
        <w:t xml:space="preserve">• В левом боковом меню консоли </w:t>
      </w:r>
      <w:r>
        <w:t>WordPress</w:t>
      </w:r>
      <w:r w:rsidRPr="0028393E">
        <w:rPr>
          <w:lang w:val="ru-RU"/>
        </w:rPr>
        <w:t xml:space="preserve"> перейдите в раздел «Страницы» -&gt; «Все страницы».</w:t>
      </w:r>
    </w:p>
    <w:p w14:paraId="50700203" w14:textId="77777777" w:rsidR="004852C9" w:rsidRPr="0028393E" w:rsidRDefault="00000000">
      <w:pPr>
        <w:ind w:firstLine="1152"/>
        <w:rPr>
          <w:lang w:val="ru-RU"/>
        </w:rPr>
      </w:pPr>
      <w:r w:rsidRPr="0028393E">
        <w:rPr>
          <w:lang w:val="ru-RU"/>
        </w:rPr>
        <w:t>• Найдите ранее созданную страницу вашего ЭОР (например, «Теоретический раздел: Задание 1» или «О проекте»).</w:t>
      </w:r>
    </w:p>
    <w:p w14:paraId="740A06ED" w14:textId="77777777" w:rsidR="004852C9" w:rsidRPr="0028393E" w:rsidRDefault="00000000">
      <w:pPr>
        <w:ind w:firstLine="1152"/>
        <w:rPr>
          <w:lang w:val="ru-RU"/>
        </w:rPr>
      </w:pPr>
      <w:r w:rsidRPr="0028393E">
        <w:rPr>
          <w:lang w:val="ru-RU"/>
        </w:rPr>
        <w:t xml:space="preserve">• Наведите курсор мыши на название страницы и нажмите ссылку «Редактировать». Откроется блочный редактор </w:t>
      </w:r>
      <w:r>
        <w:t>Gutenberg</w:t>
      </w:r>
      <w:r w:rsidRPr="0028393E">
        <w:rPr>
          <w:lang w:val="ru-RU"/>
        </w:rPr>
        <w:t>.</w:t>
      </w:r>
    </w:p>
    <w:p w14:paraId="3FB8AA22" w14:textId="77777777" w:rsidR="004852C9" w:rsidRPr="0028393E" w:rsidRDefault="00000000">
      <w:pPr>
        <w:ind w:firstLine="1152"/>
        <w:rPr>
          <w:lang w:val="ru-RU"/>
        </w:rPr>
      </w:pPr>
      <w:r w:rsidRPr="0028393E">
        <w:rPr>
          <w:lang w:val="ru-RU"/>
        </w:rPr>
        <w:t>• Примечание: если правая боковая панель с параметрами страницы скрыта, нажмите на значок шестеренки («Настройки») в правом верхнем углу окна редактора.</w:t>
      </w:r>
    </w:p>
    <w:p w14:paraId="2A63B3BE" w14:textId="77777777" w:rsidR="004852C9" w:rsidRPr="0028393E" w:rsidRDefault="00000000">
      <w:pPr>
        <w:ind w:firstLine="720"/>
        <w:rPr>
          <w:lang w:val="ru-RU"/>
        </w:rPr>
      </w:pPr>
      <w:r w:rsidRPr="0028393E">
        <w:rPr>
          <w:b/>
          <w:lang w:val="ru-RU"/>
        </w:rPr>
        <w:lastRenderedPageBreak/>
        <w:t>Шаг 3. Создание Редакции № 1 (Базовая контрольная точка с вашей фамилией):</w:t>
      </w:r>
    </w:p>
    <w:p w14:paraId="4DF34E40" w14:textId="77777777" w:rsidR="004852C9" w:rsidRPr="0028393E" w:rsidRDefault="00000000">
      <w:pPr>
        <w:ind w:firstLine="1152"/>
        <w:rPr>
          <w:lang w:val="ru-RU"/>
        </w:rPr>
      </w:pPr>
      <w:r w:rsidRPr="0028393E">
        <w:rPr>
          <w:lang w:val="ru-RU"/>
        </w:rPr>
        <w:t>• Нажмите на значок «+» (Добавить блок) и выберите блок «Заголовок».</w:t>
      </w:r>
    </w:p>
    <w:p w14:paraId="0A0DB902" w14:textId="77777777" w:rsidR="004852C9" w:rsidRPr="0028393E" w:rsidRDefault="00000000">
      <w:pPr>
        <w:ind w:firstLine="1152"/>
        <w:rPr>
          <w:lang w:val="ru-RU"/>
        </w:rPr>
      </w:pPr>
      <w:r w:rsidRPr="0028393E">
        <w:rPr>
          <w:b/>
          <w:lang w:val="ru-RU"/>
        </w:rPr>
        <w:t xml:space="preserve">• Установите уровень </w:t>
      </w:r>
      <w:r>
        <w:rPr>
          <w:b/>
        </w:rPr>
        <w:t>H</w:t>
      </w:r>
      <w:r w:rsidRPr="0028393E">
        <w:rPr>
          <w:b/>
          <w:lang w:val="ru-RU"/>
        </w:rPr>
        <w:t>3 и наберите текст СТРОГО С ВАШИМИ ДАННЫМИ: «Блок документирования: Версия 1 — [Ваша Фамилия Имя, Группа]» (например: «Блок документирования: Версия 1 — Иванов Иван, ИС-11»).</w:t>
      </w:r>
    </w:p>
    <w:p w14:paraId="4B7F2757" w14:textId="77777777" w:rsidR="004852C9" w:rsidRPr="0028393E" w:rsidRDefault="00000000">
      <w:pPr>
        <w:ind w:firstLine="1152"/>
        <w:rPr>
          <w:lang w:val="ru-RU"/>
        </w:rPr>
      </w:pPr>
      <w:r w:rsidRPr="0028393E">
        <w:rPr>
          <w:lang w:val="ru-RU"/>
        </w:rPr>
        <w:t xml:space="preserve">• Нажмите </w:t>
      </w:r>
      <w:r>
        <w:t>Enter</w:t>
      </w:r>
      <w:r w:rsidRPr="0028393E">
        <w:rPr>
          <w:lang w:val="ru-RU"/>
        </w:rPr>
        <w:t xml:space="preserve"> и в следующем блоке «Абзац» введите: «Данная редакция страницы фиксирует базовую структуру учебного раздела и регламент проверки знаний студента [Ваша Фамилия]».</w:t>
      </w:r>
    </w:p>
    <w:p w14:paraId="6815157C" w14:textId="77777777" w:rsidR="004852C9" w:rsidRPr="0028393E" w:rsidRDefault="00000000">
      <w:pPr>
        <w:ind w:firstLine="1152"/>
        <w:rPr>
          <w:lang w:val="ru-RU"/>
        </w:rPr>
      </w:pPr>
      <w:r w:rsidRPr="0028393E">
        <w:rPr>
          <w:lang w:val="ru-RU"/>
        </w:rPr>
        <w:t>• В правом верхнем углу нажмите синюю кнопку «Обновить» (или «Опубликовать»). Дождитесь появления всплывающего уведомления «Страница обновлена» в левом нижнем углу.</w:t>
      </w:r>
    </w:p>
    <w:p w14:paraId="0BE630EF" w14:textId="77777777" w:rsidR="004852C9" w:rsidRPr="0028393E" w:rsidRDefault="00000000">
      <w:pPr>
        <w:ind w:firstLine="720"/>
        <w:rPr>
          <w:lang w:val="ru-RU"/>
        </w:rPr>
      </w:pPr>
      <w:r w:rsidRPr="0028393E">
        <w:rPr>
          <w:b/>
          <w:lang w:val="ru-RU"/>
        </w:rPr>
        <w:t>Шаг 4. Создание Редакции № 2 (Добавление структурной таблицы):</w:t>
      </w:r>
    </w:p>
    <w:p w14:paraId="18EFF01B" w14:textId="77777777" w:rsidR="004852C9" w:rsidRPr="0028393E" w:rsidRDefault="00000000">
      <w:pPr>
        <w:ind w:firstLine="1152"/>
        <w:rPr>
          <w:lang w:val="ru-RU"/>
        </w:rPr>
      </w:pPr>
      <w:r w:rsidRPr="0028393E">
        <w:rPr>
          <w:lang w:val="ru-RU"/>
        </w:rPr>
        <w:t>• Под созданным абзацем добавьте новый блок «Таблица» (нажмите «+» -&gt; введите «Таблица»).</w:t>
      </w:r>
    </w:p>
    <w:p w14:paraId="47DB06E3" w14:textId="77777777" w:rsidR="004852C9" w:rsidRPr="0028393E" w:rsidRDefault="00000000">
      <w:pPr>
        <w:ind w:firstLine="1152"/>
        <w:rPr>
          <w:lang w:val="ru-RU"/>
        </w:rPr>
      </w:pPr>
      <w:r w:rsidRPr="0028393E">
        <w:rPr>
          <w:lang w:val="ru-RU"/>
        </w:rPr>
        <w:t>• В окне параметров таблицы укажите: 3 строки и 2 столбца, затем нажмите кнопку «Создать таблицу».</w:t>
      </w:r>
    </w:p>
    <w:p w14:paraId="38A40C74" w14:textId="77777777" w:rsidR="004852C9" w:rsidRPr="0028393E" w:rsidRDefault="00000000">
      <w:pPr>
        <w:ind w:firstLine="1152"/>
        <w:rPr>
          <w:lang w:val="ru-RU"/>
        </w:rPr>
      </w:pPr>
      <w:r w:rsidRPr="0028393E">
        <w:rPr>
          <w:lang w:val="ru-RU"/>
        </w:rPr>
        <w:t>• Заполните ячейки таблицы: строка 1 — «№ п/п» и «Учебный норматив (автор: [Ваша Фамилия])»; строка 2 — «1» и «Орфоэпический минимум»; строка 3 — «2» и «Паронимы».</w:t>
      </w:r>
    </w:p>
    <w:p w14:paraId="087E9DC1" w14:textId="77777777" w:rsidR="004852C9" w:rsidRPr="0028393E" w:rsidRDefault="00000000">
      <w:pPr>
        <w:ind w:firstLine="1152"/>
        <w:rPr>
          <w:lang w:val="ru-RU"/>
        </w:rPr>
      </w:pPr>
      <w:r w:rsidRPr="0028393E">
        <w:rPr>
          <w:lang w:val="ru-RU"/>
        </w:rPr>
        <w:t>• Нажмите синюю кнопку «Обновить» в правом верхнем углу.</w:t>
      </w:r>
    </w:p>
    <w:p w14:paraId="7C769FE5" w14:textId="77777777" w:rsidR="004852C9" w:rsidRPr="0028393E" w:rsidRDefault="00000000">
      <w:pPr>
        <w:ind w:firstLine="720"/>
        <w:rPr>
          <w:lang w:val="ru-RU"/>
        </w:rPr>
      </w:pPr>
      <w:r w:rsidRPr="0028393E">
        <w:rPr>
          <w:b/>
          <w:lang w:val="ru-RU"/>
        </w:rPr>
        <w:t>Шаг 5. Создание Редакции № 3 (Имитация аварийного повреждения страницы):</w:t>
      </w:r>
    </w:p>
    <w:p w14:paraId="6DE10987" w14:textId="77777777" w:rsidR="004852C9" w:rsidRPr="0028393E" w:rsidRDefault="00000000">
      <w:pPr>
        <w:ind w:firstLine="1152"/>
        <w:rPr>
          <w:lang w:val="ru-RU"/>
        </w:rPr>
      </w:pPr>
      <w:r w:rsidRPr="0028393E">
        <w:rPr>
          <w:lang w:val="ru-RU"/>
        </w:rPr>
        <w:t>• Выделите блок таблицы, кликните по значку с тремя вертикальными точками на всплывающей панели блока и выберите «Удалить Таблица».</w:t>
      </w:r>
    </w:p>
    <w:p w14:paraId="6D376B1D" w14:textId="77777777" w:rsidR="004852C9" w:rsidRPr="0028393E" w:rsidRDefault="00000000">
      <w:pPr>
        <w:ind w:firstLine="1152"/>
        <w:rPr>
          <w:lang w:val="ru-RU"/>
        </w:rPr>
      </w:pPr>
      <w:r w:rsidRPr="0028393E">
        <w:rPr>
          <w:lang w:val="ru-RU"/>
        </w:rPr>
        <w:t xml:space="preserve">• Измените заголовок </w:t>
      </w:r>
      <w:r>
        <w:t>H</w:t>
      </w:r>
      <w:r w:rsidRPr="0028393E">
        <w:rPr>
          <w:lang w:val="ru-RU"/>
        </w:rPr>
        <w:t>3 на текст: «Ошибочный черновик: данные утеряны — [Ваша Фамилия]».</w:t>
      </w:r>
    </w:p>
    <w:p w14:paraId="0215271C" w14:textId="77777777" w:rsidR="004852C9" w:rsidRPr="0028393E" w:rsidRDefault="00000000">
      <w:pPr>
        <w:ind w:firstLine="1152"/>
        <w:rPr>
          <w:lang w:val="ru-RU"/>
        </w:rPr>
      </w:pPr>
      <w:r w:rsidRPr="0028393E">
        <w:rPr>
          <w:lang w:val="ru-RU"/>
        </w:rPr>
        <w:t>• Нажмите кнопку «Обновить» для сохранения поврежденного состояния страницы в базе данных.</w:t>
      </w:r>
    </w:p>
    <w:p w14:paraId="0089FC1F" w14:textId="77777777" w:rsidR="004852C9" w:rsidRPr="0028393E" w:rsidRDefault="00000000">
      <w:pPr>
        <w:ind w:firstLine="720"/>
        <w:rPr>
          <w:lang w:val="ru-RU"/>
        </w:rPr>
      </w:pPr>
      <w:r w:rsidRPr="0028393E">
        <w:rPr>
          <w:b/>
          <w:lang w:val="ru-RU"/>
        </w:rPr>
        <w:t xml:space="preserve">Шаг 6. Переход в режим сравнения ревизий ядра </w:t>
      </w:r>
      <w:r>
        <w:rPr>
          <w:b/>
        </w:rPr>
        <w:t>WordPress</w:t>
      </w:r>
      <w:r w:rsidRPr="0028393E">
        <w:rPr>
          <w:b/>
          <w:lang w:val="ru-RU"/>
        </w:rPr>
        <w:t>:</w:t>
      </w:r>
    </w:p>
    <w:p w14:paraId="4899E56A" w14:textId="77777777" w:rsidR="004852C9" w:rsidRPr="0028393E" w:rsidRDefault="00000000">
      <w:pPr>
        <w:ind w:firstLine="1152"/>
        <w:rPr>
          <w:lang w:val="ru-RU"/>
        </w:rPr>
      </w:pPr>
      <w:r w:rsidRPr="0028393E">
        <w:rPr>
          <w:lang w:val="ru-RU"/>
        </w:rPr>
        <w:t>• В правой боковой панели настроек переключитесь на вкладку «Страница» (не «Блок»).</w:t>
      </w:r>
    </w:p>
    <w:p w14:paraId="5302EE2A" w14:textId="77777777" w:rsidR="004852C9" w:rsidRPr="0028393E" w:rsidRDefault="00000000">
      <w:pPr>
        <w:ind w:firstLine="1152"/>
        <w:rPr>
          <w:lang w:val="ru-RU"/>
        </w:rPr>
      </w:pPr>
      <w:r w:rsidRPr="0028393E">
        <w:rPr>
          <w:lang w:val="ru-RU"/>
        </w:rPr>
        <w:lastRenderedPageBreak/>
        <w:t>• Прокрутите панель до блока с иконкой часов и надписью «Редакции» (в скобках будет указано число версий, например: «3 редакции» или более).</w:t>
      </w:r>
    </w:p>
    <w:p w14:paraId="3277A61D" w14:textId="77777777" w:rsidR="004852C9" w:rsidRPr="0028393E" w:rsidRDefault="00000000">
      <w:pPr>
        <w:ind w:firstLine="1152"/>
        <w:rPr>
          <w:lang w:val="ru-RU"/>
        </w:rPr>
      </w:pPr>
      <w:r w:rsidRPr="0028393E">
        <w:rPr>
          <w:lang w:val="ru-RU"/>
        </w:rPr>
        <w:t xml:space="preserve">• Нажмите на пункт «Редакции». Откроется полноэкранный интерфейс управления ревизиями </w:t>
      </w:r>
      <w:r>
        <w:t>WordPress</w:t>
      </w:r>
      <w:r w:rsidRPr="0028393E">
        <w:rPr>
          <w:lang w:val="ru-RU"/>
        </w:rPr>
        <w:t>.</w:t>
      </w:r>
    </w:p>
    <w:p w14:paraId="332C6CBE" w14:textId="77777777" w:rsidR="004852C9" w:rsidRPr="0028393E" w:rsidRDefault="00000000">
      <w:pPr>
        <w:ind w:firstLine="720"/>
        <w:rPr>
          <w:lang w:val="ru-RU"/>
        </w:rPr>
      </w:pPr>
      <w:r w:rsidRPr="0028393E">
        <w:rPr>
          <w:b/>
          <w:lang w:val="ru-RU"/>
        </w:rPr>
        <w:t xml:space="preserve">Шаг 7. Построчный </w:t>
      </w:r>
      <w:r>
        <w:rPr>
          <w:b/>
        </w:rPr>
        <w:t>Diff</w:t>
      </w:r>
      <w:r w:rsidRPr="0028393E">
        <w:rPr>
          <w:b/>
          <w:lang w:val="ru-RU"/>
        </w:rPr>
        <w:t>-анализ и сопоставление версий:</w:t>
      </w:r>
    </w:p>
    <w:p w14:paraId="4A54966E" w14:textId="77777777" w:rsidR="004852C9" w:rsidRPr="0028393E" w:rsidRDefault="00000000">
      <w:pPr>
        <w:ind w:firstLine="1152"/>
        <w:rPr>
          <w:lang w:val="ru-RU"/>
        </w:rPr>
      </w:pPr>
      <w:r w:rsidRPr="0028393E">
        <w:rPr>
          <w:lang w:val="ru-RU"/>
        </w:rPr>
        <w:t>• В верхней части экрана установите флажок «Сравнить любые две редакции» (</w:t>
      </w:r>
      <w:r>
        <w:t>Compare</w:t>
      </w:r>
      <w:r w:rsidRPr="0028393E">
        <w:rPr>
          <w:lang w:val="ru-RU"/>
        </w:rPr>
        <w:t xml:space="preserve"> </w:t>
      </w:r>
      <w:r>
        <w:t>any</w:t>
      </w:r>
      <w:r w:rsidRPr="0028393E">
        <w:rPr>
          <w:lang w:val="ru-RU"/>
        </w:rPr>
        <w:t xml:space="preserve"> </w:t>
      </w:r>
      <w:r>
        <w:t>two</w:t>
      </w:r>
      <w:r w:rsidRPr="0028393E">
        <w:rPr>
          <w:lang w:val="ru-RU"/>
        </w:rPr>
        <w:t xml:space="preserve"> </w:t>
      </w:r>
      <w:r>
        <w:t>revisions</w:t>
      </w:r>
      <w:r w:rsidRPr="0028393E">
        <w:rPr>
          <w:lang w:val="ru-RU"/>
        </w:rPr>
        <w:t>).</w:t>
      </w:r>
    </w:p>
    <w:p w14:paraId="2A1BD8E6" w14:textId="77777777" w:rsidR="004852C9" w:rsidRPr="0028393E" w:rsidRDefault="00000000">
      <w:pPr>
        <w:ind w:firstLine="1152"/>
        <w:rPr>
          <w:lang w:val="ru-RU"/>
        </w:rPr>
      </w:pPr>
      <w:r w:rsidRPr="0028393E">
        <w:rPr>
          <w:lang w:val="ru-RU"/>
        </w:rPr>
        <w:t>• На временной шкале появятся два ползунка. Передвиньте левый ползунок на Редакцию № 2, а правый — на Редакцию № 3.</w:t>
      </w:r>
    </w:p>
    <w:p w14:paraId="095CA85B" w14:textId="77777777" w:rsidR="004852C9" w:rsidRPr="0028393E" w:rsidRDefault="00000000">
      <w:pPr>
        <w:ind w:firstLine="1152"/>
        <w:rPr>
          <w:lang w:val="ru-RU"/>
        </w:rPr>
      </w:pPr>
      <w:r w:rsidRPr="0028393E">
        <w:rPr>
          <w:lang w:val="ru-RU"/>
        </w:rPr>
        <w:t>• Изучите цветовую разметку изменений: зеленый фон со знаками «+» отображает добавленные элементы, красный/розовый фон со знаками «–» — удаленные фрагменты.</w:t>
      </w:r>
    </w:p>
    <w:p w14:paraId="42B35265" w14:textId="77777777" w:rsidR="004852C9" w:rsidRPr="0028393E" w:rsidRDefault="00000000">
      <w:pPr>
        <w:spacing w:before="160"/>
        <w:jc w:val="center"/>
        <w:rPr>
          <w:lang w:val="ru-RU"/>
        </w:rPr>
      </w:pPr>
      <w:r w:rsidRPr="0028393E">
        <w:rPr>
          <w:b/>
          <w:lang w:val="ru-RU"/>
        </w:rPr>
        <w:t>Сделайте скриншот и вставьте в отчет</w:t>
      </w:r>
      <w:r w:rsidRPr="0028393E">
        <w:rPr>
          <w:b/>
          <w:lang w:val="ru-RU"/>
        </w:rPr>
        <w:br/>
      </w:r>
      <w:r w:rsidRPr="0028393E">
        <w:rPr>
          <w:i/>
          <w:sz w:val="24"/>
          <w:lang w:val="ru-RU"/>
        </w:rPr>
        <w:t xml:space="preserve">(Требование к скриншоту: Полноэкранный интерфейс сравнения ревизий с установленным флажком «Сравнить любые две редакции», шкалой времени, цветовой подсветкой </w:t>
      </w:r>
      <w:r>
        <w:rPr>
          <w:i/>
          <w:sz w:val="24"/>
        </w:rPr>
        <w:t>Diff</w:t>
      </w:r>
      <w:r w:rsidRPr="0028393E">
        <w:rPr>
          <w:i/>
          <w:sz w:val="24"/>
          <w:lang w:val="ru-RU"/>
        </w:rPr>
        <w:t xml:space="preserve"> и четко видимой ВАШЕЙ ФАМИЛИЕЙ в заголовке редакции)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360"/>
      </w:tblGrid>
      <w:tr w:rsidR="004852C9" w:rsidRPr="0028393E" w14:paraId="0E1CE928" w14:textId="77777777">
        <w:trPr>
          <w:jc w:val="center"/>
        </w:trPr>
        <w:tc>
          <w:tcPr>
            <w:tcW w:w="9360" w:type="dxa"/>
            <w:tcBorders>
              <w:top w:val="dashed" w:sz="6" w:space="0" w:color="777777"/>
              <w:left w:val="dashed" w:sz="6" w:space="0" w:color="777777"/>
              <w:bottom w:val="dashed" w:sz="6" w:space="0" w:color="777777"/>
              <w:right w:val="dashed" w:sz="6" w:space="0" w:color="777777"/>
            </w:tcBorders>
            <w:shd w:val="clear" w:color="auto" w:fill="FAFAFA"/>
          </w:tcPr>
          <w:p w14:paraId="746CD464" w14:textId="77777777" w:rsidR="004852C9" w:rsidRPr="0028393E" w:rsidRDefault="00000000">
            <w:pPr>
              <w:spacing w:before="560" w:after="560"/>
              <w:jc w:val="center"/>
              <w:rPr>
                <w:lang w:val="ru-RU"/>
              </w:rPr>
            </w:pPr>
            <w:r w:rsidRPr="0028393E">
              <w:rPr>
                <w:i/>
                <w:sz w:val="24"/>
                <w:lang w:val="ru-RU"/>
              </w:rPr>
              <w:t>[ Место для вставки скриншота студентом ]</w:t>
            </w:r>
          </w:p>
        </w:tc>
      </w:tr>
    </w:tbl>
    <w:p w14:paraId="06295B82" w14:textId="77777777" w:rsidR="004852C9" w:rsidRPr="0028393E" w:rsidRDefault="004852C9">
      <w:pPr>
        <w:rPr>
          <w:lang w:val="ru-RU"/>
        </w:rPr>
      </w:pPr>
    </w:p>
    <w:p w14:paraId="7BA831A3" w14:textId="77777777" w:rsidR="004852C9" w:rsidRPr="0028393E" w:rsidRDefault="00000000">
      <w:pPr>
        <w:ind w:firstLine="720"/>
        <w:rPr>
          <w:lang w:val="ru-RU"/>
        </w:rPr>
      </w:pPr>
      <w:r w:rsidRPr="0028393E">
        <w:rPr>
          <w:b/>
          <w:lang w:val="ru-RU"/>
        </w:rPr>
        <w:t>Шаг 8. Выполнение процедуры отката к стабильной версии:</w:t>
      </w:r>
    </w:p>
    <w:p w14:paraId="7E8528E1" w14:textId="77777777" w:rsidR="004852C9" w:rsidRPr="0028393E" w:rsidRDefault="00000000">
      <w:pPr>
        <w:ind w:firstLine="1152"/>
        <w:rPr>
          <w:lang w:val="ru-RU"/>
        </w:rPr>
      </w:pPr>
      <w:r w:rsidRPr="0028393E">
        <w:rPr>
          <w:lang w:val="ru-RU"/>
        </w:rPr>
        <w:t>• Передвиньте ползунок на Редакцию № 2 (содержащую заполненную таблицу).</w:t>
      </w:r>
    </w:p>
    <w:p w14:paraId="557E4AE1" w14:textId="77777777" w:rsidR="004852C9" w:rsidRPr="0028393E" w:rsidRDefault="00000000">
      <w:pPr>
        <w:ind w:firstLine="1152"/>
        <w:rPr>
          <w:lang w:val="ru-RU"/>
        </w:rPr>
      </w:pPr>
      <w:r w:rsidRPr="0028393E">
        <w:rPr>
          <w:lang w:val="ru-RU"/>
        </w:rPr>
        <w:t>• В правом верхнем углу нажмите синюю кнопку «Восстановить эту редакцию» (</w:t>
      </w:r>
      <w:r>
        <w:t>Restore</w:t>
      </w:r>
      <w:r w:rsidRPr="0028393E">
        <w:rPr>
          <w:lang w:val="ru-RU"/>
        </w:rPr>
        <w:t xml:space="preserve"> </w:t>
      </w:r>
      <w:r>
        <w:t>This</w:t>
      </w:r>
      <w:r w:rsidRPr="0028393E">
        <w:rPr>
          <w:lang w:val="ru-RU"/>
        </w:rPr>
        <w:t xml:space="preserve"> </w:t>
      </w:r>
      <w:r>
        <w:t>Revision</w:t>
      </w:r>
      <w:r w:rsidRPr="0028393E">
        <w:rPr>
          <w:lang w:val="ru-RU"/>
        </w:rPr>
        <w:t>).</w:t>
      </w:r>
    </w:p>
    <w:p w14:paraId="690B7F6A" w14:textId="77777777" w:rsidR="004852C9" w:rsidRPr="0028393E" w:rsidRDefault="00000000">
      <w:pPr>
        <w:ind w:firstLine="1152"/>
        <w:rPr>
          <w:lang w:val="ru-RU"/>
        </w:rPr>
      </w:pPr>
      <w:r w:rsidRPr="0028393E">
        <w:rPr>
          <w:lang w:val="ru-RU"/>
        </w:rPr>
        <w:t>• Убедитесь, что система вернула вас в редактор с полностью восстановленной таблицей и вашим заголовком.</w:t>
      </w:r>
    </w:p>
    <w:p w14:paraId="7923F200" w14:textId="77777777" w:rsidR="004852C9" w:rsidRPr="0028393E" w:rsidRDefault="00000000">
      <w:pPr>
        <w:ind w:firstLine="1152"/>
        <w:rPr>
          <w:lang w:val="ru-RU"/>
        </w:rPr>
      </w:pPr>
      <w:r w:rsidRPr="0028393E">
        <w:rPr>
          <w:lang w:val="ru-RU"/>
        </w:rPr>
        <w:t>• Нажмите кнопку «Обновить» для закрепления результата.</w:t>
      </w:r>
    </w:p>
    <w:p w14:paraId="7307EACD" w14:textId="77777777" w:rsidR="004852C9" w:rsidRPr="0028393E" w:rsidRDefault="00000000">
      <w:pPr>
        <w:spacing w:before="120" w:after="40"/>
        <w:rPr>
          <w:lang w:val="ru-RU"/>
        </w:rPr>
      </w:pPr>
      <w:r w:rsidRPr="0028393E">
        <w:rPr>
          <w:b/>
          <w:lang w:val="ru-RU"/>
        </w:rPr>
        <w:t xml:space="preserve">Задание 1.2. Оптимизация глубины хранения ревизий через файл </w:t>
      </w:r>
      <w:r>
        <w:rPr>
          <w:b/>
        </w:rPr>
        <w:t>wp</w:t>
      </w:r>
      <w:r w:rsidRPr="0028393E">
        <w:rPr>
          <w:b/>
          <w:lang w:val="ru-RU"/>
        </w:rPr>
        <w:t>-</w:t>
      </w:r>
      <w:r>
        <w:rPr>
          <w:b/>
        </w:rPr>
        <w:t>config</w:t>
      </w:r>
      <w:r w:rsidRPr="0028393E">
        <w:rPr>
          <w:b/>
          <w:lang w:val="ru-RU"/>
        </w:rPr>
        <w:t>.</w:t>
      </w:r>
      <w:r>
        <w:rPr>
          <w:b/>
        </w:rPr>
        <w:t>php</w:t>
      </w:r>
      <w:r w:rsidRPr="0028393E">
        <w:rPr>
          <w:b/>
          <w:lang w:val="ru-RU"/>
        </w:rPr>
        <w:t xml:space="preserve"> (20 минут)</w:t>
      </w:r>
    </w:p>
    <w:p w14:paraId="11C79D9B" w14:textId="77777777" w:rsidR="004852C9" w:rsidRPr="0028393E" w:rsidRDefault="00000000">
      <w:pPr>
        <w:ind w:firstLine="720"/>
        <w:rPr>
          <w:lang w:val="ru-RU"/>
        </w:rPr>
      </w:pPr>
      <w:r w:rsidRPr="0028393E">
        <w:rPr>
          <w:lang w:val="ru-RU"/>
        </w:rPr>
        <w:lastRenderedPageBreak/>
        <w:t xml:space="preserve">Цель задания: ограничить количество сохраняемых версий на уровне ядра </w:t>
      </w:r>
      <w:r>
        <w:t>CMS</w:t>
      </w:r>
      <w:r w:rsidRPr="0028393E">
        <w:rPr>
          <w:lang w:val="ru-RU"/>
        </w:rPr>
        <w:t xml:space="preserve"> для предотвращения разрастания базы данных и падения скорости выполнения </w:t>
      </w:r>
      <w:r>
        <w:t>SQL</w:t>
      </w:r>
      <w:r w:rsidRPr="0028393E">
        <w:rPr>
          <w:lang w:val="ru-RU"/>
        </w:rPr>
        <w:t>-запросов.</w:t>
      </w:r>
    </w:p>
    <w:p w14:paraId="31F602C6" w14:textId="77777777" w:rsidR="004852C9" w:rsidRPr="0028393E" w:rsidRDefault="00000000">
      <w:pPr>
        <w:ind w:firstLine="720"/>
        <w:rPr>
          <w:lang w:val="ru-RU"/>
        </w:rPr>
      </w:pPr>
      <w:r w:rsidRPr="0028393E">
        <w:rPr>
          <w:b/>
          <w:lang w:val="ru-RU"/>
        </w:rPr>
        <w:t>Шаг 1. Локализация конфигурационного файла именно вашей папки проекта:</w:t>
      </w:r>
    </w:p>
    <w:p w14:paraId="45D53A00" w14:textId="77777777" w:rsidR="004852C9" w:rsidRDefault="00000000">
      <w:pPr>
        <w:ind w:firstLine="1152"/>
      </w:pPr>
      <w:r>
        <w:t>• Откройте проводник операционной системы.</w:t>
      </w:r>
    </w:p>
    <w:p w14:paraId="201EE433" w14:textId="77777777" w:rsidR="004852C9" w:rsidRDefault="00000000">
      <w:pPr>
        <w:ind w:firstLine="1152"/>
      </w:pPr>
      <w:r>
        <w:rPr>
          <w:b/>
        </w:rPr>
        <w:t>• Перейдите СТРОГО в папку вашего личного сайта:</w:t>
      </w:r>
    </w:p>
    <w:p w14:paraId="5C2535F8" w14:textId="77777777" w:rsidR="004852C9" w:rsidRDefault="00000000">
      <w:pPr>
        <w:ind w:firstLine="1440"/>
      </w:pPr>
      <w:r>
        <w:t xml:space="preserve">  – На Windows: папка с Open Server -&gt; domains -&gt; localhost -&gt; rus-ege-[Ваша Фамилия].</w:t>
      </w:r>
    </w:p>
    <w:p w14:paraId="1A9442D6" w14:textId="77777777" w:rsidR="004852C9" w:rsidRDefault="00000000">
      <w:pPr>
        <w:ind w:firstLine="1440"/>
      </w:pPr>
      <w:r>
        <w:t xml:space="preserve">  – На macOS / Linux: корневая папка веб-сервера вашего личного проекта.</w:t>
      </w:r>
    </w:p>
    <w:p w14:paraId="44D4DA1E" w14:textId="77777777" w:rsidR="004852C9" w:rsidRDefault="00000000">
      <w:pPr>
        <w:ind w:firstLine="1152"/>
      </w:pPr>
      <w:r>
        <w:t>• ВНИМАНИЕ: убедитесь, что вы не зашли в папку соседа или другой группы!</w:t>
      </w:r>
    </w:p>
    <w:p w14:paraId="34C08A97" w14:textId="77777777" w:rsidR="004852C9" w:rsidRDefault="00000000">
      <w:pPr>
        <w:ind w:firstLine="1152"/>
      </w:pPr>
      <w:r>
        <w:t>• Найдите файл wp-config.php (не путать с шаблоном wp-config-sample.php).</w:t>
      </w:r>
    </w:p>
    <w:p w14:paraId="59918697" w14:textId="77777777" w:rsidR="004852C9" w:rsidRDefault="00000000">
      <w:pPr>
        <w:ind w:firstLine="720"/>
      </w:pPr>
      <w:r>
        <w:rPr>
          <w:b/>
        </w:rPr>
        <w:t>Шаг 2. Выбор текстового редактора и открытие файла:</w:t>
      </w:r>
    </w:p>
    <w:p w14:paraId="3EE5307D" w14:textId="77777777" w:rsidR="004852C9" w:rsidRDefault="00000000">
      <w:pPr>
        <w:ind w:firstLine="1152"/>
      </w:pPr>
      <w:r>
        <w:t>• ВАЖНО: Категорически запрещено открывать конфигурационные файлы в текстовых процессорах Microsoft Word или WordPad, так как они искажают кодировку UTF-8 и добавляют скрытые служебные символы разметки.</w:t>
      </w:r>
    </w:p>
    <w:p w14:paraId="7981F8E2" w14:textId="77777777" w:rsidR="004852C9" w:rsidRDefault="00000000">
      <w:pPr>
        <w:ind w:firstLine="1152"/>
      </w:pPr>
      <w:r>
        <w:t>• Нажмите правой кнопкой мыши по файлу wp-config.php -&gt; «Открыть с помощью» -&gt; выберите VS Code, Notepad++, Sublime Text или стандартный «Блокнот» (Notepad).</w:t>
      </w:r>
    </w:p>
    <w:p w14:paraId="0A35EF44" w14:textId="77777777" w:rsidR="004852C9" w:rsidRDefault="00000000">
      <w:pPr>
        <w:ind w:firstLine="720"/>
      </w:pPr>
      <w:r>
        <w:rPr>
          <w:b/>
        </w:rPr>
        <w:t>Шаг 3. Внесение программной директивы с вашим авторским комментарием:</w:t>
      </w:r>
    </w:p>
    <w:p w14:paraId="5228AC3D" w14:textId="77777777" w:rsidR="004852C9" w:rsidRDefault="00000000">
      <w:pPr>
        <w:ind w:firstLine="1152"/>
      </w:pPr>
      <w:r>
        <w:t>• Прокрутите файл вниз до разделительного комментария: /* That's all, stop editing! Happy publishing. */ (или русскоязычной версии: /* Это всё, дальше не редактируем! Успешной работы. */).</w:t>
      </w:r>
    </w:p>
    <w:p w14:paraId="7D648443" w14:textId="77777777" w:rsidR="004852C9" w:rsidRDefault="00000000">
      <w:pPr>
        <w:ind w:firstLine="1152"/>
      </w:pPr>
      <w:r>
        <w:rPr>
          <w:b/>
        </w:rPr>
        <w:t>• СТРОГО ВЫШЕ этой строки добавьте программную константу WordPress, ОБЯЗАТЕЛЬНО указав в комментарии свою Фамилию и Группу:</w:t>
      </w:r>
    </w:p>
    <w:p w14:paraId="1432F1F5" w14:textId="77777777" w:rsidR="004852C9" w:rsidRDefault="00000000">
      <w:pPr>
        <w:ind w:firstLine="1440"/>
      </w:pPr>
      <w:r>
        <w:rPr>
          <w:i/>
        </w:rPr>
        <w:t xml:space="preserve">  // Ограничение глубины версионирования для оптимизации БД. Настройку выполнил: [Фамилия И., Группа]</w:t>
      </w:r>
      <w:r>
        <w:rPr>
          <w:i/>
        </w:rPr>
        <w:br/>
        <w:t xml:space="preserve">  define('WP_POST_REVISIONS', 5);</w:t>
      </w:r>
    </w:p>
    <w:p w14:paraId="017901F9" w14:textId="77777777" w:rsidR="004852C9" w:rsidRDefault="00000000">
      <w:pPr>
        <w:ind w:firstLine="1152"/>
      </w:pPr>
      <w:r>
        <w:lastRenderedPageBreak/>
        <w:t>• Пояснение параметра: числовое значение 5 указывает ядру сохранять не более 5 самых свежих версий для каждой статьи, автоматически удаляя более ранние записи из таблицы wp_posts при превышении лимита.</w:t>
      </w:r>
    </w:p>
    <w:p w14:paraId="1A4D6941" w14:textId="77777777" w:rsidR="004852C9" w:rsidRDefault="00000000">
      <w:pPr>
        <w:ind w:firstLine="720"/>
      </w:pPr>
      <w:r>
        <w:rPr>
          <w:b/>
        </w:rPr>
        <w:t>Шаг 4. Сохранение файла и контроль стабильности работы CMS:</w:t>
      </w:r>
    </w:p>
    <w:p w14:paraId="26CB9425" w14:textId="77777777" w:rsidR="004852C9" w:rsidRDefault="00000000">
      <w:pPr>
        <w:ind w:firstLine="1152"/>
      </w:pPr>
      <w:r>
        <w:t>• Сохраните изменения в редакторе (Ctrl + S на Windows или Cmd + S на macOS).</w:t>
      </w:r>
    </w:p>
    <w:p w14:paraId="6AFF10E4" w14:textId="77777777" w:rsidR="004852C9" w:rsidRDefault="00000000">
      <w:pPr>
        <w:ind w:firstLine="1152"/>
      </w:pPr>
      <w:r>
        <w:t>• Закройте текстовый редактор. Вернитесь в браузер в административную панель сайта.</w:t>
      </w:r>
    </w:p>
    <w:p w14:paraId="5637DAEC" w14:textId="77777777" w:rsidR="004852C9" w:rsidRDefault="00000000">
      <w:pPr>
        <w:ind w:firstLine="1152"/>
      </w:pPr>
      <w:r>
        <w:t>• Нажмите клавишу F5 для обновления страницы. Убедитесь, что сайт загружается штатно, отсутствует белый экран (White Screen of Death) или сообщение об ошибке синтаксиса PHP.</w:t>
      </w:r>
    </w:p>
    <w:p w14:paraId="37D67AF5" w14:textId="77777777" w:rsidR="004852C9" w:rsidRDefault="00000000">
      <w:pPr>
        <w:spacing w:before="160"/>
        <w:jc w:val="center"/>
      </w:pPr>
      <w:r>
        <w:rPr>
          <w:b/>
        </w:rPr>
        <w:t>Сделайте скриншот и вставьте в отчет</w:t>
      </w:r>
      <w:r>
        <w:rPr>
          <w:b/>
        </w:rPr>
        <w:br/>
      </w:r>
      <w:r>
        <w:rPr>
          <w:i/>
          <w:sz w:val="24"/>
        </w:rPr>
        <w:t>(Требование к скриншоту: Фрагмент открытого файла wp-config.php в редакторе с четко видимым путем к вашей личной папке проекта и добавленной директивой define('WP_POST_REVISIONS', 5); с комментарием с ВАШЕЙ ФАМИЛИЕЙ)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360"/>
      </w:tblGrid>
      <w:tr w:rsidR="004852C9" w14:paraId="0C9BEEEE" w14:textId="77777777">
        <w:trPr>
          <w:jc w:val="center"/>
        </w:trPr>
        <w:tc>
          <w:tcPr>
            <w:tcW w:w="9360" w:type="dxa"/>
            <w:tcBorders>
              <w:top w:val="dashed" w:sz="6" w:space="0" w:color="777777"/>
              <w:left w:val="dashed" w:sz="6" w:space="0" w:color="777777"/>
              <w:bottom w:val="dashed" w:sz="6" w:space="0" w:color="777777"/>
              <w:right w:val="dashed" w:sz="6" w:space="0" w:color="777777"/>
            </w:tcBorders>
            <w:shd w:val="clear" w:color="auto" w:fill="FAFAFA"/>
          </w:tcPr>
          <w:p w14:paraId="3A37E012" w14:textId="77777777" w:rsidR="004852C9" w:rsidRDefault="00000000">
            <w:pPr>
              <w:spacing w:before="560" w:after="560"/>
              <w:jc w:val="center"/>
            </w:pPr>
            <w:r>
              <w:rPr>
                <w:i/>
                <w:sz w:val="24"/>
              </w:rPr>
              <w:t>[ Место для вставки скриншота студентом ]</w:t>
            </w:r>
          </w:p>
        </w:tc>
      </w:tr>
    </w:tbl>
    <w:p w14:paraId="5529D283" w14:textId="77777777" w:rsidR="004852C9" w:rsidRDefault="004852C9"/>
    <w:p w14:paraId="407DD251" w14:textId="77777777" w:rsidR="004852C9" w:rsidRDefault="00000000">
      <w:pPr>
        <w:spacing w:before="120" w:after="40"/>
      </w:pPr>
      <w:r>
        <w:rPr>
          <w:b/>
        </w:rPr>
        <w:t>Задание 1.3. Развертывание модуля аудита действий и анализ журнала событий (25 минут)</w:t>
      </w:r>
    </w:p>
    <w:p w14:paraId="35FA4864" w14:textId="77777777" w:rsidR="004852C9" w:rsidRDefault="00000000">
      <w:pPr>
        <w:ind w:firstLine="720"/>
      </w:pPr>
      <w:r>
        <w:t>Цель задания: внедрить инструмент протоколирования действий администратора (Audit Log), смоделировать персональные эксплуатационные изменения и проанализировать журнал событий.</w:t>
      </w:r>
    </w:p>
    <w:p w14:paraId="5DB7EB6F" w14:textId="77777777" w:rsidR="004852C9" w:rsidRDefault="00000000">
      <w:pPr>
        <w:ind w:firstLine="720"/>
      </w:pPr>
      <w:r>
        <w:rPr>
          <w:b/>
        </w:rPr>
        <w:t>Шаг 1. Поиск и установка плагина аудита Simple History:</w:t>
      </w:r>
    </w:p>
    <w:p w14:paraId="73CFE99F" w14:textId="77777777" w:rsidR="004852C9" w:rsidRDefault="00000000">
      <w:pPr>
        <w:ind w:firstLine="1152"/>
      </w:pPr>
      <w:r>
        <w:t>• В левом боковом меню консоли WordPress перейдите в раздел «Плагины» -&gt; «Добавить новый».</w:t>
      </w:r>
    </w:p>
    <w:p w14:paraId="0A4272F9" w14:textId="77777777" w:rsidR="004852C9" w:rsidRDefault="00000000">
      <w:pPr>
        <w:ind w:firstLine="1152"/>
      </w:pPr>
      <w:r>
        <w:t>• В поле поиска в правом верхнем углу введите: Simple History.</w:t>
      </w:r>
    </w:p>
    <w:p w14:paraId="324177D3" w14:textId="77777777" w:rsidR="004852C9" w:rsidRDefault="00000000">
      <w:pPr>
        <w:ind w:firstLine="1152"/>
      </w:pPr>
      <w:r>
        <w:t>• В результатах поиска найдите карточку плагина «Simple History» (автор: Pär Thernström).</w:t>
      </w:r>
    </w:p>
    <w:p w14:paraId="149EAA6E" w14:textId="77777777" w:rsidR="004852C9" w:rsidRDefault="00000000">
      <w:pPr>
        <w:ind w:firstLine="1152"/>
      </w:pPr>
      <w:r>
        <w:t>• Нажмите кнопку «Установить». Дождитесь завершения скачивания и нажмите синюю кнопку «Активировать».</w:t>
      </w:r>
    </w:p>
    <w:p w14:paraId="25FCEA18" w14:textId="77777777" w:rsidR="004852C9" w:rsidRDefault="00000000">
      <w:pPr>
        <w:ind w:firstLine="1152"/>
      </w:pPr>
      <w:r>
        <w:lastRenderedPageBreak/>
        <w:t>• Если на учебных ПК отсутствует прямое подключение к интернету: возьмите у преподавателя архив simple-history.zip, нажмите кнопку «Загрузить плагин» вверху страницы, выберите zip-архив и нажмите «Установить» -&gt; «Активировать».</w:t>
      </w:r>
    </w:p>
    <w:p w14:paraId="72AD7408" w14:textId="77777777" w:rsidR="004852C9" w:rsidRDefault="00000000">
      <w:pPr>
        <w:ind w:firstLine="720"/>
      </w:pPr>
      <w:r>
        <w:rPr>
          <w:b/>
        </w:rPr>
        <w:t>Шаг 2. Ознакомление с консолью журнала событий:</w:t>
      </w:r>
    </w:p>
    <w:p w14:paraId="03494488" w14:textId="77777777" w:rsidR="004852C9" w:rsidRDefault="00000000">
      <w:pPr>
        <w:ind w:firstLine="1152"/>
      </w:pPr>
      <w:r>
        <w:t>• В левом меню консоли перейдите в подраздел «Консоль» -&gt; «Simple History».</w:t>
      </w:r>
    </w:p>
    <w:p w14:paraId="2CD6BEFE" w14:textId="77777777" w:rsidR="004852C9" w:rsidRDefault="00000000">
      <w:pPr>
        <w:ind w:firstLine="1152"/>
      </w:pPr>
      <w:r>
        <w:t>• Ознакомьтесь со структурой ленты аудита: дата и время операции, иконка подсистемы, имя пользователя, выполнившего действие, и краткое описание зафиксированного события.</w:t>
      </w:r>
    </w:p>
    <w:p w14:paraId="4569E8D9" w14:textId="77777777" w:rsidR="004852C9" w:rsidRDefault="00000000">
      <w:pPr>
        <w:ind w:firstLine="720"/>
      </w:pPr>
      <w:r>
        <w:rPr>
          <w:b/>
        </w:rPr>
        <w:t>Шаг 3. Моделирование контрольных событий с персонализированными именами:</w:t>
      </w:r>
    </w:p>
    <w:p w14:paraId="0B169DC2" w14:textId="77777777" w:rsidR="004852C9" w:rsidRDefault="00000000">
      <w:pPr>
        <w:ind w:firstLine="1152"/>
      </w:pPr>
      <w:r>
        <w:t>Для генерации уникальных записей в журнале выполните три последовательных действия:</w:t>
      </w:r>
    </w:p>
    <w:p w14:paraId="7DAED58B" w14:textId="77777777" w:rsidR="004852C9" w:rsidRDefault="00000000">
      <w:pPr>
        <w:ind w:firstLine="1440"/>
      </w:pPr>
      <w:r>
        <w:rPr>
          <w:b/>
        </w:rPr>
        <w:t>• Действие 1 (Изменение глобальных метаданных сайта): перейдите в «Настройки» -&gt; «Общие». В строке «Краткое описание» укажите ВАШИ ДАННЫЕ: «ЭОР по русскому языку — проект студента [Ваша Фамилия, Группа]». Прокрутите страницу вниз и нажмите «Сохранить изменения».</w:t>
      </w:r>
    </w:p>
    <w:p w14:paraId="37432CEF" w14:textId="77777777" w:rsidR="004852C9" w:rsidRDefault="00000000">
      <w:pPr>
        <w:ind w:firstLine="1440"/>
      </w:pPr>
      <w:r>
        <w:rPr>
          <w:b/>
        </w:rPr>
        <w:t>• Действие 2 (Создание персональной рубрики): перейдите в «Записи» -&gt; «Рубрики». В поле «Название» наберите: «Нормативы_[Ваша Фамилия]» (например: «Нормативы_Иванов»), а в поле «Ярлык»: «normativy-[фамилия_латиницей]» (например: «normativy-ivanov»). Нажмите кнопку «Добавить новую рубрику».</w:t>
      </w:r>
    </w:p>
    <w:p w14:paraId="271F94D5" w14:textId="77777777" w:rsidR="004852C9" w:rsidRDefault="00000000">
      <w:pPr>
        <w:ind w:firstLine="1440"/>
      </w:pPr>
      <w:r>
        <w:t>• Действие 3 (Контентная правка): откройте страницу из Задания 1.1 и нажмите кнопку «Обновить».</w:t>
      </w:r>
    </w:p>
    <w:p w14:paraId="019D7837" w14:textId="77777777" w:rsidR="004852C9" w:rsidRDefault="00000000">
      <w:pPr>
        <w:ind w:firstLine="720"/>
      </w:pPr>
      <w:r>
        <w:rPr>
          <w:b/>
        </w:rPr>
        <w:t>Шаг 4. Анализ журнала и детальный просмотр события:</w:t>
      </w:r>
    </w:p>
    <w:p w14:paraId="11197860" w14:textId="77777777" w:rsidR="004852C9" w:rsidRDefault="00000000">
      <w:pPr>
        <w:ind w:firstLine="1152"/>
      </w:pPr>
      <w:r>
        <w:t>• Вернитесь в раздел «Консоль» -&gt; «Simple History».</w:t>
      </w:r>
    </w:p>
    <w:p w14:paraId="192BBCAA" w14:textId="77777777" w:rsidR="004852C9" w:rsidRDefault="00000000">
      <w:pPr>
        <w:ind w:firstLine="1152"/>
      </w:pPr>
      <w:r>
        <w:t>• Найдите в ленте событие изменения общих настроек (Изменено краткое описание).</w:t>
      </w:r>
    </w:p>
    <w:p w14:paraId="3DF1972B" w14:textId="77777777" w:rsidR="004852C9" w:rsidRDefault="00000000">
      <w:pPr>
        <w:ind w:firstLine="1152"/>
      </w:pPr>
      <w:r>
        <w:t>• Нажмите на ссылку «Подробнее» (или значок изменений): убедитесь, что плагин отображает старое значение и новое персонализированное значение с вашей Фамилией.</w:t>
      </w:r>
    </w:p>
    <w:p w14:paraId="784120CD" w14:textId="77777777" w:rsidR="004852C9" w:rsidRDefault="00000000">
      <w:pPr>
        <w:ind w:firstLine="1152"/>
      </w:pPr>
      <w:r>
        <w:lastRenderedPageBreak/>
        <w:t>• Нажмите кнопку «Фильтры» в верхней части журнала и отфильтруйте события, выбрав тип «Настройки».</w:t>
      </w:r>
    </w:p>
    <w:p w14:paraId="75944856" w14:textId="77777777" w:rsidR="004852C9" w:rsidRDefault="00000000">
      <w:pPr>
        <w:spacing w:before="160"/>
        <w:jc w:val="center"/>
      </w:pPr>
      <w:r>
        <w:rPr>
          <w:b/>
        </w:rPr>
        <w:t>Сделайте скриншот и вставьте в отчет</w:t>
      </w:r>
      <w:r>
        <w:rPr>
          <w:b/>
        </w:rPr>
        <w:br/>
      </w:r>
      <w:r>
        <w:rPr>
          <w:i/>
          <w:sz w:val="24"/>
        </w:rPr>
        <w:t>(Требование к скриншоту: Экран журнала аудита Simple History с отображением зафиксированных событий: изменения настроек с ВАШЕЙ ФАМИЛИЕЙ, создания персональной рубрики и раскрытым блоком подробностей (Diff))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360"/>
      </w:tblGrid>
      <w:tr w:rsidR="004852C9" w14:paraId="4EE5997C" w14:textId="77777777">
        <w:trPr>
          <w:jc w:val="center"/>
        </w:trPr>
        <w:tc>
          <w:tcPr>
            <w:tcW w:w="9360" w:type="dxa"/>
            <w:tcBorders>
              <w:top w:val="dashed" w:sz="6" w:space="0" w:color="777777"/>
              <w:left w:val="dashed" w:sz="6" w:space="0" w:color="777777"/>
              <w:bottom w:val="dashed" w:sz="6" w:space="0" w:color="777777"/>
              <w:right w:val="dashed" w:sz="6" w:space="0" w:color="777777"/>
            </w:tcBorders>
            <w:shd w:val="clear" w:color="auto" w:fill="FAFAFA"/>
          </w:tcPr>
          <w:p w14:paraId="54A812C9" w14:textId="77777777" w:rsidR="004852C9" w:rsidRDefault="00000000">
            <w:pPr>
              <w:spacing w:before="560" w:after="560"/>
              <w:jc w:val="center"/>
            </w:pPr>
            <w:r>
              <w:rPr>
                <w:i/>
                <w:sz w:val="24"/>
              </w:rPr>
              <w:t>[ Место для вставки скриншота студентом ]</w:t>
            </w:r>
          </w:p>
        </w:tc>
      </w:tr>
    </w:tbl>
    <w:p w14:paraId="593E1C89" w14:textId="77777777" w:rsidR="004852C9" w:rsidRDefault="004852C9"/>
    <w:p w14:paraId="3ED9A297" w14:textId="77777777" w:rsidR="004852C9" w:rsidRDefault="00000000">
      <w:pPr>
        <w:spacing w:before="120" w:after="40"/>
      </w:pPr>
      <w:r>
        <w:rPr>
          <w:b/>
        </w:rPr>
        <w:t>Задание 1.4. Составление регламентного журнала технического учета изменений (Changelog) (15 минут)</w:t>
      </w:r>
    </w:p>
    <w:p w14:paraId="3E3F4722" w14:textId="77777777" w:rsidR="004852C9" w:rsidRDefault="00000000">
      <w:pPr>
        <w:ind w:firstLine="720"/>
      </w:pPr>
      <w:r>
        <w:t>Цель задания: структурировать выполненные технические операции в форме производственного журнала изменений информационной системы.</w:t>
      </w:r>
    </w:p>
    <w:p w14:paraId="1C98B9BF" w14:textId="77777777" w:rsidR="004852C9" w:rsidRDefault="00000000">
      <w:pPr>
        <w:ind w:firstLine="720"/>
      </w:pPr>
      <w:r>
        <w:t>Инструкция по заполнению: заполните Таблицу 1.1 в отчете, указав реальное время выполнения операций и ваши персональные идентификаторы объектов.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108"/>
        <w:gridCol w:w="1788"/>
        <w:gridCol w:w="1576"/>
        <w:gridCol w:w="1493"/>
        <w:gridCol w:w="2544"/>
        <w:gridCol w:w="1655"/>
      </w:tblGrid>
      <w:tr w:rsidR="004852C9" w14:paraId="4988BEF6" w14:textId="77777777">
        <w:trPr>
          <w:jc w:val="center"/>
        </w:trPr>
        <w:tc>
          <w:tcPr>
            <w:tcW w:w="166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D9D9D9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A1A986C" w14:textId="77777777" w:rsidR="004852C9" w:rsidRDefault="00000000">
            <w:pPr>
              <w:spacing w:after="40"/>
              <w:jc w:val="center"/>
            </w:pPr>
            <w:r>
              <w:rPr>
                <w:b/>
                <w:sz w:val="22"/>
              </w:rPr>
              <w:t>№ задачи</w:t>
            </w:r>
          </w:p>
        </w:tc>
        <w:tc>
          <w:tcPr>
            <w:tcW w:w="166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D9D9D9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9563E60" w14:textId="77777777" w:rsidR="004852C9" w:rsidRDefault="00000000">
            <w:pPr>
              <w:spacing w:after="40"/>
              <w:jc w:val="center"/>
            </w:pPr>
            <w:r>
              <w:rPr>
                <w:b/>
                <w:sz w:val="22"/>
              </w:rPr>
              <w:t>Инициатор / Роль</w:t>
            </w:r>
          </w:p>
        </w:tc>
        <w:tc>
          <w:tcPr>
            <w:tcW w:w="166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D9D9D9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CA3CC3A" w14:textId="77777777" w:rsidR="004852C9" w:rsidRDefault="00000000">
            <w:pPr>
              <w:spacing w:after="40"/>
              <w:jc w:val="center"/>
            </w:pPr>
            <w:r>
              <w:rPr>
                <w:b/>
                <w:sz w:val="22"/>
              </w:rPr>
              <w:t>Тип изменения</w:t>
            </w:r>
          </w:p>
        </w:tc>
        <w:tc>
          <w:tcPr>
            <w:tcW w:w="166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D9D9D9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2DEC7BB" w14:textId="77777777" w:rsidR="004852C9" w:rsidRDefault="00000000">
            <w:pPr>
              <w:spacing w:after="40"/>
              <w:jc w:val="center"/>
            </w:pPr>
            <w:r>
              <w:rPr>
                <w:b/>
                <w:sz w:val="22"/>
              </w:rPr>
              <w:t>Целевой объект (с вашей Фамилией)</w:t>
            </w:r>
          </w:p>
        </w:tc>
        <w:tc>
          <w:tcPr>
            <w:tcW w:w="166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D9D9D9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7A111AD" w14:textId="77777777" w:rsidR="004852C9" w:rsidRDefault="00000000">
            <w:pPr>
              <w:spacing w:after="40"/>
              <w:jc w:val="center"/>
            </w:pPr>
            <w:r>
              <w:rPr>
                <w:b/>
                <w:sz w:val="22"/>
              </w:rPr>
              <w:t>Суть изменения</w:t>
            </w:r>
          </w:p>
        </w:tc>
        <w:tc>
          <w:tcPr>
            <w:tcW w:w="166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D9D9D9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92FCAED" w14:textId="77777777" w:rsidR="004852C9" w:rsidRDefault="00000000">
            <w:pPr>
              <w:spacing w:after="40"/>
              <w:jc w:val="center"/>
            </w:pPr>
            <w:r>
              <w:rPr>
                <w:b/>
                <w:sz w:val="22"/>
              </w:rPr>
              <w:t>Метод фиксации и контроля</w:t>
            </w:r>
          </w:p>
        </w:tc>
      </w:tr>
      <w:tr w:rsidR="004852C9" w14:paraId="2D973418" w14:textId="77777777">
        <w:trPr>
          <w:jc w:val="center"/>
        </w:trPr>
        <w:tc>
          <w:tcPr>
            <w:tcW w:w="166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E12CD8B" w14:textId="77777777" w:rsidR="004852C9" w:rsidRDefault="00000000">
            <w:pPr>
              <w:spacing w:after="40"/>
            </w:pPr>
            <w:r>
              <w:rPr>
                <w:sz w:val="22"/>
              </w:rPr>
              <w:t>ТЗ-01</w:t>
            </w:r>
          </w:p>
        </w:tc>
        <w:tc>
          <w:tcPr>
            <w:tcW w:w="166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2640FBB" w14:textId="77777777" w:rsidR="004852C9" w:rsidRDefault="00000000">
            <w:pPr>
              <w:spacing w:after="40"/>
            </w:pPr>
            <w:r>
              <w:rPr>
                <w:sz w:val="22"/>
              </w:rPr>
              <w:t>admin (Администратор)</w:t>
            </w:r>
          </w:p>
        </w:tc>
        <w:tc>
          <w:tcPr>
            <w:tcW w:w="166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3BC68A6" w14:textId="77777777" w:rsidR="004852C9" w:rsidRDefault="00000000">
            <w:pPr>
              <w:spacing w:after="40"/>
            </w:pPr>
            <w:r>
              <w:rPr>
                <w:sz w:val="22"/>
              </w:rPr>
              <w:t>Контент</w:t>
            </w:r>
          </w:p>
        </w:tc>
        <w:tc>
          <w:tcPr>
            <w:tcW w:w="166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E07A1D6" w14:textId="77777777" w:rsidR="004852C9" w:rsidRDefault="00000000">
            <w:pPr>
              <w:spacing w:after="40"/>
            </w:pPr>
            <w:r>
              <w:rPr>
                <w:sz w:val="22"/>
              </w:rPr>
              <w:t>Страница «Теория (Фамилия)»</w:t>
            </w:r>
          </w:p>
        </w:tc>
        <w:tc>
          <w:tcPr>
            <w:tcW w:w="166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5D88069" w14:textId="77777777" w:rsidR="004852C9" w:rsidRDefault="00000000">
            <w:pPr>
              <w:spacing w:after="40"/>
            </w:pPr>
            <w:r>
              <w:rPr>
                <w:sz w:val="22"/>
              </w:rPr>
              <w:t>Создание редакций №1–3, сопоставление и откат к редакции №2</w:t>
            </w:r>
          </w:p>
        </w:tc>
        <w:tc>
          <w:tcPr>
            <w:tcW w:w="166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DC304AD" w14:textId="77777777" w:rsidR="004852C9" w:rsidRDefault="00000000">
            <w:pPr>
              <w:spacing w:after="40"/>
            </w:pPr>
            <w:r>
              <w:rPr>
                <w:sz w:val="22"/>
              </w:rPr>
              <w:t>Встроенные ревизии ядра WordPress</w:t>
            </w:r>
          </w:p>
        </w:tc>
      </w:tr>
      <w:tr w:rsidR="004852C9" w14:paraId="7D10DC9B" w14:textId="77777777">
        <w:trPr>
          <w:jc w:val="center"/>
        </w:trPr>
        <w:tc>
          <w:tcPr>
            <w:tcW w:w="166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7F7F7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CB64EFE" w14:textId="77777777" w:rsidR="004852C9" w:rsidRDefault="00000000">
            <w:pPr>
              <w:spacing w:after="40"/>
            </w:pPr>
            <w:r>
              <w:rPr>
                <w:sz w:val="22"/>
              </w:rPr>
              <w:t>ТЗ-02</w:t>
            </w:r>
          </w:p>
        </w:tc>
        <w:tc>
          <w:tcPr>
            <w:tcW w:w="166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7F7F7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9012AB0" w14:textId="77777777" w:rsidR="004852C9" w:rsidRDefault="00000000">
            <w:pPr>
              <w:spacing w:after="40"/>
            </w:pPr>
            <w:r>
              <w:rPr>
                <w:sz w:val="22"/>
              </w:rPr>
              <w:t>admin (Администратор)</w:t>
            </w:r>
          </w:p>
        </w:tc>
        <w:tc>
          <w:tcPr>
            <w:tcW w:w="166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7F7F7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CCF4F31" w14:textId="77777777" w:rsidR="004852C9" w:rsidRDefault="00000000">
            <w:pPr>
              <w:spacing w:after="40"/>
            </w:pPr>
            <w:r>
              <w:rPr>
                <w:sz w:val="22"/>
              </w:rPr>
              <w:t>Конфигурация</w:t>
            </w:r>
          </w:p>
        </w:tc>
        <w:tc>
          <w:tcPr>
            <w:tcW w:w="166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7F7F7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81DFFEB" w14:textId="77777777" w:rsidR="004852C9" w:rsidRDefault="00000000">
            <w:pPr>
              <w:spacing w:after="40"/>
            </w:pPr>
            <w:r>
              <w:rPr>
                <w:sz w:val="22"/>
              </w:rPr>
              <w:t>Файл rus-ege-Фамилия/wp-config.php</w:t>
            </w:r>
          </w:p>
        </w:tc>
        <w:tc>
          <w:tcPr>
            <w:tcW w:w="166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7F7F7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1EF8A2D" w14:textId="77777777" w:rsidR="004852C9" w:rsidRDefault="00000000">
            <w:pPr>
              <w:spacing w:after="40"/>
            </w:pPr>
            <w:r>
              <w:rPr>
                <w:sz w:val="22"/>
              </w:rPr>
              <w:t>Ограничение глубины ревизий до 5 (WP_POST_REVISIONS)</w:t>
            </w:r>
          </w:p>
        </w:tc>
        <w:tc>
          <w:tcPr>
            <w:tcW w:w="166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7F7F7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D94B5D7" w14:textId="77777777" w:rsidR="004852C9" w:rsidRDefault="00000000">
            <w:pPr>
              <w:spacing w:after="40"/>
            </w:pPr>
            <w:r>
              <w:rPr>
                <w:sz w:val="22"/>
              </w:rPr>
              <w:t>Прямое редактирование конфигурации ядра</w:t>
            </w:r>
          </w:p>
        </w:tc>
      </w:tr>
      <w:tr w:rsidR="004852C9" w14:paraId="23B68F3F" w14:textId="77777777">
        <w:trPr>
          <w:jc w:val="center"/>
        </w:trPr>
        <w:tc>
          <w:tcPr>
            <w:tcW w:w="166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AEC2EE8" w14:textId="77777777" w:rsidR="004852C9" w:rsidRDefault="00000000">
            <w:pPr>
              <w:spacing w:after="40"/>
            </w:pPr>
            <w:r>
              <w:rPr>
                <w:sz w:val="22"/>
              </w:rPr>
              <w:t>ТЗ-03</w:t>
            </w:r>
          </w:p>
        </w:tc>
        <w:tc>
          <w:tcPr>
            <w:tcW w:w="166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1D032DB" w14:textId="77777777" w:rsidR="004852C9" w:rsidRDefault="00000000">
            <w:pPr>
              <w:spacing w:after="40"/>
            </w:pPr>
            <w:r>
              <w:rPr>
                <w:sz w:val="22"/>
              </w:rPr>
              <w:t>admin (Администратор)</w:t>
            </w:r>
          </w:p>
        </w:tc>
        <w:tc>
          <w:tcPr>
            <w:tcW w:w="166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B3BB45B" w14:textId="77777777" w:rsidR="004852C9" w:rsidRDefault="00000000">
            <w:pPr>
              <w:spacing w:after="40"/>
            </w:pPr>
            <w:r>
              <w:rPr>
                <w:sz w:val="22"/>
              </w:rPr>
              <w:t>Плагин / Аудит</w:t>
            </w:r>
          </w:p>
        </w:tc>
        <w:tc>
          <w:tcPr>
            <w:tcW w:w="166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C82D4C2" w14:textId="77777777" w:rsidR="004852C9" w:rsidRDefault="00000000">
            <w:pPr>
              <w:spacing w:after="40"/>
            </w:pPr>
            <w:r>
              <w:rPr>
                <w:sz w:val="22"/>
              </w:rPr>
              <w:t>Модуль Simple History</w:t>
            </w:r>
          </w:p>
        </w:tc>
        <w:tc>
          <w:tcPr>
            <w:tcW w:w="166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228FE2D" w14:textId="77777777" w:rsidR="004852C9" w:rsidRDefault="00000000">
            <w:pPr>
              <w:spacing w:after="40"/>
            </w:pPr>
            <w:r>
              <w:rPr>
                <w:sz w:val="22"/>
              </w:rPr>
              <w:t>Установка и активация модуля системного аудита действий</w:t>
            </w:r>
          </w:p>
        </w:tc>
        <w:tc>
          <w:tcPr>
            <w:tcW w:w="166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9ABED2D" w14:textId="77777777" w:rsidR="004852C9" w:rsidRDefault="00000000">
            <w:pPr>
              <w:spacing w:after="40"/>
            </w:pPr>
            <w:r>
              <w:rPr>
                <w:sz w:val="22"/>
              </w:rPr>
              <w:t>Журнал аудита консоли CMS</w:t>
            </w:r>
          </w:p>
        </w:tc>
      </w:tr>
      <w:tr w:rsidR="004852C9" w14:paraId="1DDD882E" w14:textId="77777777">
        <w:trPr>
          <w:jc w:val="center"/>
        </w:trPr>
        <w:tc>
          <w:tcPr>
            <w:tcW w:w="166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7F7F7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DA22AB2" w14:textId="77777777" w:rsidR="004852C9" w:rsidRDefault="00000000">
            <w:pPr>
              <w:spacing w:after="40"/>
            </w:pPr>
            <w:r>
              <w:rPr>
                <w:sz w:val="22"/>
              </w:rPr>
              <w:t>ТЗ-04</w:t>
            </w:r>
          </w:p>
        </w:tc>
        <w:tc>
          <w:tcPr>
            <w:tcW w:w="166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7F7F7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14CBB17" w14:textId="77777777" w:rsidR="004852C9" w:rsidRDefault="00000000">
            <w:pPr>
              <w:spacing w:after="40"/>
            </w:pPr>
            <w:r>
              <w:rPr>
                <w:sz w:val="22"/>
              </w:rPr>
              <w:t>admin (Администратор)</w:t>
            </w:r>
          </w:p>
        </w:tc>
        <w:tc>
          <w:tcPr>
            <w:tcW w:w="166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7F7F7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7B245AF" w14:textId="77777777" w:rsidR="004852C9" w:rsidRDefault="00000000">
            <w:pPr>
              <w:spacing w:after="40"/>
            </w:pPr>
            <w:r>
              <w:rPr>
                <w:sz w:val="22"/>
              </w:rPr>
              <w:t>Конфигурация</w:t>
            </w:r>
          </w:p>
        </w:tc>
        <w:tc>
          <w:tcPr>
            <w:tcW w:w="166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7F7F7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D282CBB" w14:textId="77777777" w:rsidR="004852C9" w:rsidRDefault="00000000">
            <w:pPr>
              <w:spacing w:after="40"/>
            </w:pPr>
            <w:r>
              <w:rPr>
                <w:sz w:val="22"/>
              </w:rPr>
              <w:t>Настройки сайта и рубрики</w:t>
            </w:r>
          </w:p>
        </w:tc>
        <w:tc>
          <w:tcPr>
            <w:tcW w:w="166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7F7F7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948D9D4" w14:textId="77777777" w:rsidR="004852C9" w:rsidRDefault="00000000">
            <w:pPr>
              <w:spacing w:after="40"/>
            </w:pPr>
            <w:r>
              <w:rPr>
                <w:sz w:val="22"/>
              </w:rPr>
              <w:t>Обновление описания (Фамилия, Группа) и создание рубрики</w:t>
            </w:r>
          </w:p>
        </w:tc>
        <w:tc>
          <w:tcPr>
            <w:tcW w:w="166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7F7F7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AD94FF7" w14:textId="77777777" w:rsidR="004852C9" w:rsidRDefault="00000000">
            <w:pPr>
              <w:spacing w:after="40"/>
            </w:pPr>
            <w:r>
              <w:rPr>
                <w:sz w:val="22"/>
              </w:rPr>
              <w:t>Лента аудита событий Simple History</w:t>
            </w:r>
          </w:p>
        </w:tc>
      </w:tr>
    </w:tbl>
    <w:p w14:paraId="56BE1132" w14:textId="77777777" w:rsidR="004852C9" w:rsidRDefault="004852C9">
      <w:pPr>
        <w:spacing w:after="160"/>
      </w:pPr>
    </w:p>
    <w:p w14:paraId="54A685C0" w14:textId="77777777" w:rsidR="004852C9" w:rsidRDefault="00000000">
      <w:pPr>
        <w:spacing w:before="160"/>
      </w:pPr>
      <w:r>
        <w:rPr>
          <w:b/>
        </w:rPr>
        <w:lastRenderedPageBreak/>
        <w:t>4. КРИТЕРИИ ОЦЕНКИ (ПРАКТИЧЕСКАЯ РАБОТА № 1)</w:t>
      </w:r>
    </w:p>
    <w:p w14:paraId="136607BF" w14:textId="77777777" w:rsidR="004852C9" w:rsidRDefault="00000000">
      <w:pPr>
        <w:ind w:firstLine="720"/>
      </w:pPr>
      <w:r>
        <w:t>• Оценка «5» (Отлично): практические задания 1.1–1.4 выполнены в полном объеме; строго соблюден регламент персонального именования объектов (на скриншотах четко видна фамилия студента); на скриншотах наглядно отражен процесс сопоставления и восстановления ревизий; директива в wp-config.php прописана синтаксически верно без нарушения целостности сайта; модуль аудита развернут; журнал изменений (Таблица 1.1) заполнен корректно; даны исчерпывающие и аргументированные ответы на все 6 контрольных вопросов.</w:t>
      </w:r>
    </w:p>
    <w:p w14:paraId="4C43DA91" w14:textId="77777777" w:rsidR="004852C9" w:rsidRDefault="00000000">
      <w:pPr>
        <w:ind w:firstLine="720"/>
      </w:pPr>
      <w:r>
        <w:t>• Оценка «4» (Хорошо): задания 1.1–1.3 выполнены полностью; присутствуют все требуемые скриншоты с указанием фамилии; в таблице журнала изменений или в ответах на контрольные вопросы допущены 1–2 неточности непринципиального характера.</w:t>
      </w:r>
    </w:p>
    <w:p w14:paraId="6224BEA5" w14:textId="77777777" w:rsidR="004852C9" w:rsidRDefault="00000000">
      <w:pPr>
        <w:ind w:firstLine="720"/>
      </w:pPr>
      <w:r>
        <w:t>• Оценка «3» (Удовлетворительно): выполнена базовая работа с ревизиями контента, но допущены ошибки в конфигурационном файле wp-config.php либо не настроен модуль аудита; объекты названы типовыми шаблонными именами без привязки к фамилии; таблица заполнена частично; даны неполные ответы на контрольные вопросы (менее половины).</w:t>
      </w:r>
    </w:p>
    <w:p w14:paraId="36B2B534" w14:textId="77777777" w:rsidR="004852C9" w:rsidRDefault="00000000">
      <w:pPr>
        <w:ind w:firstLine="720"/>
      </w:pPr>
      <w:r>
        <w:t>• Оценка «2» (Неудовлетворительно): задания практической работы не выполнены, отчет не содержит подтверждающих скриншотов локальной среды с фамилией студента или сдан с грубыми нарушениями требований.</w:t>
      </w:r>
    </w:p>
    <w:p w14:paraId="00DE7000" w14:textId="77777777" w:rsidR="004852C9" w:rsidRDefault="00000000">
      <w:pPr>
        <w:spacing w:before="160"/>
      </w:pPr>
      <w:r>
        <w:rPr>
          <w:b/>
        </w:rPr>
        <w:t>5. КОНТРОЛЬНЫЕ ВОПРОСЫ (ПРАКТИЧЕСКАЯ РАБОТА № 1)</w:t>
      </w:r>
    </w:p>
    <w:p w14:paraId="707B56E3" w14:textId="77777777" w:rsidR="004852C9" w:rsidRDefault="00000000">
      <w:pPr>
        <w:ind w:firstLine="720"/>
      </w:pPr>
      <w:r>
        <w:t>1. В какой таблице базы данных MySQL сохраняются ревизии страниц WordPress и какое значение принимает поле post_type для таких записей?</w:t>
      </w:r>
    </w:p>
    <w:p w14:paraId="46C126B8" w14:textId="77777777" w:rsidR="004852C9" w:rsidRDefault="00000000">
      <w:pPr>
        <w:ind w:firstLine="720"/>
      </w:pPr>
      <w:r>
        <w:t>2. В чем заключается технологическая разница между операцией фонового автосохранения (Autosave) и явной ревизией (Revision) в WordPress?</w:t>
      </w:r>
    </w:p>
    <w:p w14:paraId="7AF74791" w14:textId="77777777" w:rsidR="004852C9" w:rsidRDefault="00000000">
      <w:pPr>
        <w:ind w:firstLine="720"/>
      </w:pPr>
      <w:r>
        <w:t>3. Почему неограниченное накопление ревизий приводит к падению производительности веб-ресурса и как проверить их количество через phpMyAdmin?</w:t>
      </w:r>
    </w:p>
    <w:p w14:paraId="7B818700" w14:textId="77777777" w:rsidR="004852C9" w:rsidRDefault="00000000">
      <w:pPr>
        <w:ind w:firstLine="720"/>
      </w:pPr>
      <w:r>
        <w:t>4. Какое значение необходимо присвоить константе WP_POST_REVISIONS в файле wp-config.php для полного отключения версионирования?</w:t>
      </w:r>
    </w:p>
    <w:p w14:paraId="3324F879" w14:textId="77777777" w:rsidR="004852C9" w:rsidRDefault="00000000">
      <w:pPr>
        <w:ind w:firstLine="720"/>
      </w:pPr>
      <w:r>
        <w:t>5. Какие события регистрирует плагин Simple History, которые принципиально невозможно отследить через стандартный инструмент ревизий ядра?</w:t>
      </w:r>
    </w:p>
    <w:p w14:paraId="2C5CFBF8" w14:textId="77777777" w:rsidR="004852C9" w:rsidRDefault="00000000">
      <w:pPr>
        <w:ind w:firstLine="720"/>
      </w:pPr>
      <w:r>
        <w:lastRenderedPageBreak/>
        <w:t>6. Опишите пошаговый порядок действий техника при случайном удалении критически важного текста со страницы контент-менеджером.</w:t>
      </w:r>
    </w:p>
    <w:p w14:paraId="063B33E9" w14:textId="77777777" w:rsidR="004852C9" w:rsidRDefault="00000000">
      <w:pPr>
        <w:spacing w:before="160"/>
      </w:pPr>
      <w:r>
        <w:rPr>
          <w:b/>
        </w:rPr>
        <w:t>6. ТРЕБОВАНИЯ К ОФОРМЛЕНИЮ ОТЧЕТА</w:t>
      </w:r>
    </w:p>
    <w:p w14:paraId="28432AD1" w14:textId="77777777" w:rsidR="004852C9" w:rsidRDefault="00000000">
      <w:pPr>
        <w:ind w:firstLine="720"/>
      </w:pPr>
      <w:r>
        <w:t>Отчет по практической работе оформляется строго в текстовом процессоре Microsoft Word (или аналогах) в формате документа docx.</w:t>
      </w:r>
    </w:p>
    <w:p w14:paraId="33CE5E1B" w14:textId="77777777" w:rsidR="004852C9" w:rsidRDefault="00000000">
      <w:pPr>
        <w:ind w:firstLine="720"/>
      </w:pPr>
      <w:r>
        <w:rPr>
          <w:b/>
        </w:rPr>
        <w:t>Формат оформления ФамилияГруппа.docx (пример правильного имени файла: ИвановИС11.docx).</w:t>
      </w:r>
    </w:p>
    <w:p w14:paraId="0EFD04E8" w14:textId="77777777" w:rsidR="004852C9" w:rsidRDefault="00000000">
      <w:pPr>
        <w:ind w:firstLine="720"/>
      </w:pPr>
      <w:r>
        <w:rPr>
          <w:b/>
        </w:rPr>
        <w:t>Обязательный состав отчета:</w:t>
      </w:r>
    </w:p>
    <w:p w14:paraId="1BB1FC9E" w14:textId="77777777" w:rsidR="004852C9" w:rsidRDefault="00000000">
      <w:pPr>
        <w:ind w:firstLine="720"/>
      </w:pPr>
      <w:r>
        <w:t>1. Титульная шапка с указанием предмета, темы работы, ФИО студента и номера группы.</w:t>
      </w:r>
    </w:p>
    <w:p w14:paraId="1635060E" w14:textId="77777777" w:rsidR="004852C9" w:rsidRDefault="00000000">
      <w:pPr>
        <w:ind w:firstLine="720"/>
      </w:pPr>
      <w:r>
        <w:t>2. Три скриншота с обязательной привязкой к вашей Фамилии (задания 1.1, 1.2 и 1.3 с поясняющими подписями).</w:t>
      </w:r>
    </w:p>
    <w:p w14:paraId="0B35F399" w14:textId="77777777" w:rsidR="004852C9" w:rsidRDefault="00000000">
      <w:pPr>
        <w:ind w:firstLine="720"/>
      </w:pPr>
      <w:r>
        <w:t>3. Заполненная Таблица 1.1 (Changelog технического учета изменений с уникальными объектами).</w:t>
      </w:r>
    </w:p>
    <w:p w14:paraId="2FCEE403" w14:textId="77777777" w:rsidR="004852C9" w:rsidRDefault="00000000">
      <w:pPr>
        <w:ind w:firstLine="720"/>
      </w:pPr>
      <w:r>
        <w:t>4. Развернутые письменные ответы на 6 контрольных вопросов.</w:t>
      </w:r>
    </w:p>
    <w:p w14:paraId="2F0E201B" w14:textId="77777777" w:rsidR="004852C9" w:rsidRDefault="00000000">
      <w:r>
        <w:br w:type="page"/>
      </w:r>
    </w:p>
    <w:p w14:paraId="4BF27D8E" w14:textId="77777777" w:rsidR="004852C9" w:rsidRDefault="00000000">
      <w:pPr>
        <w:spacing w:before="240"/>
        <w:jc w:val="center"/>
      </w:pPr>
      <w:r>
        <w:rPr>
          <w:b/>
        </w:rPr>
        <w:lastRenderedPageBreak/>
        <w:t>ПРАКТИЧЕСКАЯ РАБОТА № 2</w:t>
      </w:r>
    </w:p>
    <w:p w14:paraId="30C790F2" w14:textId="77777777" w:rsidR="004852C9" w:rsidRDefault="00000000">
      <w:pPr>
        <w:spacing w:after="160"/>
        <w:jc w:val="center"/>
      </w:pPr>
      <w:r>
        <w:rPr>
          <w:b/>
        </w:rPr>
        <w:t>Тема: Базовое администрирование и организационное обеспечение работы CMS. Настройка прав доступа пользователей в WordPress. Анализ состояния сайта и формирование краткого отчета о конфигурации ресурса</w:t>
      </w:r>
    </w:p>
    <w:p w14:paraId="73105E04" w14:textId="77777777" w:rsidR="004852C9" w:rsidRDefault="00000000">
      <w:pPr>
        <w:spacing w:after="200"/>
        <w:jc w:val="center"/>
      </w:pPr>
      <w:r>
        <w:rPr>
          <w:i/>
        </w:rPr>
        <w:t>Расчетное время выполнения: 85 минут</w:t>
      </w:r>
    </w:p>
    <w:p w14:paraId="55F3B1F1" w14:textId="77777777" w:rsidR="004852C9" w:rsidRDefault="00000000">
      <w:pPr>
        <w:spacing w:before="120"/>
      </w:pPr>
      <w:r>
        <w:rPr>
          <w:b/>
        </w:rPr>
        <w:t>1. ЦЕЛИ И ЗАДАЧИ РАБОТЫ</w:t>
      </w:r>
    </w:p>
    <w:p w14:paraId="00FE5960" w14:textId="77777777" w:rsidR="004852C9" w:rsidRDefault="00000000">
      <w:pPr>
        <w:ind w:firstLine="720"/>
      </w:pPr>
      <w:r>
        <w:t>Цель работы: сформировать профессиональные навыки администрирования CMS WordPress на основе ролевой модели управления доступом (RBAC), разграничения прав персонала и проведения аудита технической конфигурации сервера с помощью системных средств диагностики.</w:t>
      </w:r>
    </w:p>
    <w:p w14:paraId="38B75DCA" w14:textId="77777777" w:rsidR="004852C9" w:rsidRDefault="00000000">
      <w:pPr>
        <w:ind w:firstLine="720"/>
      </w:pPr>
      <w:r>
        <w:rPr>
          <w:b/>
        </w:rPr>
        <w:t>Задачи практической работы:</w:t>
      </w:r>
    </w:p>
    <w:p w14:paraId="6D95E4C6" w14:textId="77777777" w:rsidR="004852C9" w:rsidRDefault="00000000">
      <w:pPr>
        <w:ind w:firstLine="720"/>
      </w:pPr>
      <w:r>
        <w:t>1. Изучить структуру полномочий стандартных ролей пользователей в CMS WordPress и регламент соблюдения принципа наименьших привилегий (Principle of Least Privilege).</w:t>
      </w:r>
    </w:p>
    <w:p w14:paraId="2A7675CB" w14:textId="77777777" w:rsidR="004852C9" w:rsidRDefault="00000000">
      <w:pPr>
        <w:ind w:firstLine="720"/>
      </w:pPr>
      <w:r>
        <w:t>2. Зарегистрировать и сконфигурировать учетные записи сотрудников с ролями: Администратор, Редактор, Автор, Участник, Подписчик.</w:t>
      </w:r>
    </w:p>
    <w:p w14:paraId="1D91BBF3" w14:textId="77777777" w:rsidR="004852C9" w:rsidRDefault="00000000">
      <w:pPr>
        <w:ind w:firstLine="720"/>
      </w:pPr>
      <w:r>
        <w:t>3. Провести верификацию ограничений прав доступа в изолированных сессиях браузера, составив ролевую матрицу полномочий.</w:t>
      </w:r>
    </w:p>
    <w:p w14:paraId="7AE40C86" w14:textId="77777777" w:rsidR="004852C9" w:rsidRDefault="00000000">
      <w:pPr>
        <w:ind w:firstLine="720"/>
      </w:pPr>
      <w:r>
        <w:t>4. Провести комплексную экспресс-диагностику состояния сайта средствами штатного инструмента «Здоровье сайта» (Site Health).</w:t>
      </w:r>
    </w:p>
    <w:p w14:paraId="19C17A2D" w14:textId="77777777" w:rsidR="004852C9" w:rsidRDefault="00000000">
      <w:pPr>
        <w:ind w:firstLine="720"/>
      </w:pPr>
      <w:r>
        <w:t>5. Выгрузить технический паспорт конфигурации серверной платформы и сформировать инженерный отчет об эксплуатационной готовности веб-ресурса.</w:t>
      </w:r>
    </w:p>
    <w:p w14:paraId="2E78CFD0" w14:textId="77777777" w:rsidR="004852C9" w:rsidRDefault="00000000">
      <w:pPr>
        <w:spacing w:before="160"/>
      </w:pPr>
      <w:r>
        <w:rPr>
          <w:b/>
        </w:rPr>
        <w:t>2. КРАТКИЕ ТЕОРЕТИЧЕСКИЕ СВЕДЕНИЯ</w:t>
      </w:r>
    </w:p>
    <w:p w14:paraId="6BC932A1" w14:textId="77777777" w:rsidR="004852C9" w:rsidRDefault="00000000">
      <w:pPr>
        <w:ind w:firstLine="720"/>
      </w:pPr>
      <w:r>
        <w:t>1. Ролевая модель доступа (Role-Based Access Control, RBAC). Надежность и информационная безопасность CMS напрямую зависят от корректного распределения прав. Предоставление избыточных административных привилегий рядовым сотрудникам создает риски случайной порчи шаблонов, утечки персональных данных и заражения сайта вредоносными скриптами.</w:t>
      </w:r>
    </w:p>
    <w:p w14:paraId="20A8430D" w14:textId="77777777" w:rsidR="004852C9" w:rsidRDefault="00000000">
      <w:pPr>
        <w:ind w:firstLine="720"/>
      </w:pPr>
      <w:r>
        <w:t>В CMS WordPress реализована 5-уровневая иерархия стандартных ролей:</w:t>
      </w:r>
    </w:p>
    <w:p w14:paraId="7221073C" w14:textId="77777777" w:rsidR="004852C9" w:rsidRDefault="00000000">
      <w:pPr>
        <w:ind w:firstLine="1152"/>
      </w:pPr>
      <w:r>
        <w:t xml:space="preserve">• Администратор (Administrator) — абсолютный доступ ко всем функциям сайта: управление ядром, установкой и удалением тем и плагинов, </w:t>
      </w:r>
      <w:r>
        <w:lastRenderedPageBreak/>
        <w:t>редактированием исходного кода, управлением учетными записями и базой данных.</w:t>
      </w:r>
    </w:p>
    <w:p w14:paraId="781F8DDE" w14:textId="77777777" w:rsidR="004852C9" w:rsidRDefault="00000000">
      <w:pPr>
        <w:ind w:firstLine="1152"/>
      </w:pPr>
      <w:r>
        <w:t>• Редактор (Editor) — полный контроль над контентом: создание, редактирование, публикация и удаление ЛЮБЫХ страниц и записей (как собственных, так и чужих), модерация комментариев и управление рубриками. Доступ к темам, плагинам и системным опциям закрыт.</w:t>
      </w:r>
    </w:p>
    <w:p w14:paraId="6D926E43" w14:textId="77777777" w:rsidR="004852C9" w:rsidRDefault="00000000">
      <w:pPr>
        <w:ind w:firstLine="1152"/>
      </w:pPr>
      <w:r>
        <w:t>• Автор (Author) — публикация ТОЛЬКО собственных материалов: создание, редактирование, загрузка медиафайлов и самостоятельная публикация своих записей. Редактирование чужих статей и доступ к постоянным страницам заблокированы.</w:t>
      </w:r>
    </w:p>
    <w:p w14:paraId="259D00D8" w14:textId="77777777" w:rsidR="004852C9" w:rsidRDefault="00000000">
      <w:pPr>
        <w:ind w:firstLine="1152"/>
      </w:pPr>
      <w:r>
        <w:t>• Участник (Contributor) — подготовка черновых материалов: написание и редактирование ТОЛЬКО собственных статей БЕЗ права их публикации (доступна лишь отправка на модерацию). Загрузка изображений и документов заблокирована.</w:t>
      </w:r>
    </w:p>
    <w:p w14:paraId="133625BB" w14:textId="77777777" w:rsidR="004852C9" w:rsidRDefault="00000000">
      <w:pPr>
        <w:ind w:firstLine="1152"/>
      </w:pPr>
      <w:r>
        <w:t>• Подписчик (Subscriber) — базовый пользователь: просмотр закрытого контента, добавление комментариев и редактирование личного профиля.</w:t>
      </w:r>
    </w:p>
    <w:p w14:paraId="1F522072" w14:textId="77777777" w:rsidR="004852C9" w:rsidRDefault="00000000">
      <w:pPr>
        <w:ind w:firstLine="720"/>
      </w:pPr>
      <w:r>
        <w:t>2. Системный аудит через модуль «Здоровье сайта» (Site Health). Штатный диагностический инструмент ядра WordPress предназначен для мониторинга критических серверных параметров. Он анализирует соответствие версий PHP и СУБД нормативам безопасности, проверяет наличие обязательных библиотек (JSON, cURL, imagick), состояние сетевых соединений к репозиторию WordPress, активность режима отладки WP_DEBUG, а также генерирует полный дамп системной конфигурации для технической поддержки.</w:t>
      </w:r>
    </w:p>
    <w:p w14:paraId="2CB38105" w14:textId="77777777" w:rsidR="004852C9" w:rsidRDefault="00000000">
      <w:pPr>
        <w:spacing w:before="160"/>
      </w:pPr>
      <w:r>
        <w:rPr>
          <w:b/>
        </w:rPr>
        <w:t>3. ПОШАГОВЫЙ ПРАКТИЧЕСКИЙ ПРАКТИКУМ</w:t>
      </w:r>
    </w:p>
    <w:p w14:paraId="7D695ADB" w14:textId="77777777" w:rsidR="004852C9" w:rsidRDefault="00000000">
      <w:pPr>
        <w:spacing w:before="80" w:after="40"/>
      </w:pPr>
      <w:r>
        <w:rPr>
          <w:b/>
        </w:rPr>
        <w:t>Задание 2.1. Конфигурирование политик безопасности и создание персонализированных учетных записей (20 минут)</w:t>
      </w:r>
    </w:p>
    <w:p w14:paraId="4DCF6CAF" w14:textId="77777777" w:rsidR="004852C9" w:rsidRDefault="00000000">
      <w:pPr>
        <w:ind w:firstLine="720"/>
      </w:pPr>
      <w:r>
        <w:t>Цель задания: настроить правила регистрации пользователей и сформировать изолированный пул учетных записей сотрудников с привязкой к вашей фамилии для предотвращения путаницы на общем компьютере.</w:t>
      </w:r>
    </w:p>
    <w:p w14:paraId="2989496C" w14:textId="77777777" w:rsidR="004852C9" w:rsidRDefault="00000000">
      <w:pPr>
        <w:ind w:firstLine="720"/>
      </w:pPr>
      <w:r>
        <w:rPr>
          <w:b/>
        </w:rPr>
        <w:t>Шаг 1. Проверка глобальных настроек регистрации:</w:t>
      </w:r>
    </w:p>
    <w:p w14:paraId="12D27187" w14:textId="77777777" w:rsidR="004852C9" w:rsidRDefault="00000000">
      <w:pPr>
        <w:ind w:firstLine="1152"/>
      </w:pPr>
      <w:r>
        <w:t>• Авторизуйтесь в панели управления http://localhost/rus-ege-[Ваша Фамилия]/wp-admin с правами Главного Администратора.</w:t>
      </w:r>
    </w:p>
    <w:p w14:paraId="2E5A11D9" w14:textId="77777777" w:rsidR="004852C9" w:rsidRDefault="00000000">
      <w:pPr>
        <w:ind w:firstLine="1152"/>
      </w:pPr>
      <w:r>
        <w:t>• В левом боковом меню перейдите в раздел «Настройки» -&gt; «Общие».</w:t>
      </w:r>
    </w:p>
    <w:p w14:paraId="506B8873" w14:textId="77777777" w:rsidR="004852C9" w:rsidRDefault="00000000">
      <w:pPr>
        <w:ind w:firstLine="1152"/>
      </w:pPr>
      <w:r>
        <w:lastRenderedPageBreak/>
        <w:t>• Найдите параметр «Членство» («Любой может зарегистрироваться»): убедитесь, что флажок СНЯТ (в образовательной или корпоративной среде самостоятельная регистрация должна быть отключена во избежание спам-ботов).</w:t>
      </w:r>
    </w:p>
    <w:p w14:paraId="485E7CB8" w14:textId="77777777" w:rsidR="004852C9" w:rsidRDefault="00000000">
      <w:pPr>
        <w:ind w:firstLine="1152"/>
      </w:pPr>
      <w:r>
        <w:t>• Найдите параметр «Роль нового пользователя по умолчанию»: установите значение строго «Подписчик». Назначение роли «Администратор» здесь категорически запрещено регламентом информационной безопасности.</w:t>
      </w:r>
    </w:p>
    <w:p w14:paraId="6BE3699F" w14:textId="77777777" w:rsidR="004852C9" w:rsidRDefault="00000000">
      <w:pPr>
        <w:ind w:firstLine="1152"/>
      </w:pPr>
      <w:r>
        <w:t>• Прокрутите страницу вниз и нажмите синюю кнопку «Сохранить изменения».</w:t>
      </w:r>
    </w:p>
    <w:p w14:paraId="0E57DD3E" w14:textId="77777777" w:rsidR="004852C9" w:rsidRDefault="00000000">
      <w:pPr>
        <w:ind w:firstLine="720"/>
      </w:pPr>
      <w:r>
        <w:rPr>
          <w:b/>
        </w:rPr>
        <w:t>Шаг 2. Создание учетной записи Редактора (с вашей Фамилией):</w:t>
      </w:r>
    </w:p>
    <w:p w14:paraId="5BCF5D54" w14:textId="77777777" w:rsidR="004852C9" w:rsidRDefault="00000000">
      <w:pPr>
        <w:ind w:firstLine="1152"/>
      </w:pPr>
      <w:r>
        <w:t>• В левом меню перейдите в раздел «Пользователи» -&gt; «Добавить нового».</w:t>
      </w:r>
    </w:p>
    <w:p w14:paraId="3D3C3622" w14:textId="77777777" w:rsidR="004852C9" w:rsidRDefault="00000000">
      <w:pPr>
        <w:ind w:firstLine="1152"/>
      </w:pPr>
      <w:r>
        <w:rPr>
          <w:b/>
        </w:rPr>
        <w:t>• Заполните поля формы СТРОГО С ВАШИМ ПЕРСОНАЛЬНЫМ ПОСТФИКСОМ:</w:t>
      </w:r>
    </w:p>
    <w:p w14:paraId="49F58F4B" w14:textId="77777777" w:rsidR="004852C9" w:rsidRDefault="00000000">
      <w:pPr>
        <w:ind w:firstLine="1440"/>
      </w:pPr>
      <w:r>
        <w:t xml:space="preserve">  – Имя пользователя (логин): editor_[ваша_фамилия_латиницей] (например: editor_ivanov)</w:t>
      </w:r>
    </w:p>
    <w:p w14:paraId="6C86FB06" w14:textId="77777777" w:rsidR="004852C9" w:rsidRDefault="00000000">
      <w:pPr>
        <w:ind w:firstLine="1440"/>
      </w:pPr>
      <w:r>
        <w:t xml:space="preserve">  – E-mail: editor_[фамилия]@edu.local (например: editor_ivanov@edu.local)</w:t>
      </w:r>
    </w:p>
    <w:p w14:paraId="1158F9A9" w14:textId="77777777" w:rsidR="004852C9" w:rsidRDefault="00000000">
      <w:pPr>
        <w:ind w:firstLine="1440"/>
      </w:pPr>
      <w:r>
        <w:t xml:space="preserve">  – Имя: Елена | Фамилия: Ковалева ([Ваша Фамилия])</w:t>
      </w:r>
    </w:p>
    <w:p w14:paraId="1D6E9234" w14:textId="77777777" w:rsidR="004852C9" w:rsidRDefault="00000000">
      <w:pPr>
        <w:ind w:firstLine="1440"/>
      </w:pPr>
      <w:r>
        <w:t xml:space="preserve">  – Пароль: нажмите «Показать пароль», сотрите автосгенерированный и введите Test_Editor_2026! (если появится предупреждение о простоте, установите флажок «Разрешить использование слабого пароля»).</w:t>
      </w:r>
    </w:p>
    <w:p w14:paraId="35EB8525" w14:textId="77777777" w:rsidR="004852C9" w:rsidRDefault="00000000">
      <w:pPr>
        <w:ind w:firstLine="1440"/>
      </w:pPr>
      <w:r>
        <w:t xml:space="preserve">  – Роль (в самом низу формы): выберите из выпадающего списка «Редактор».</w:t>
      </w:r>
    </w:p>
    <w:p w14:paraId="275FB562" w14:textId="77777777" w:rsidR="004852C9" w:rsidRDefault="00000000">
      <w:pPr>
        <w:ind w:firstLine="1152"/>
      </w:pPr>
      <w:r>
        <w:t>• Нажмите кнопку «Добавить нового пользователя».</w:t>
      </w:r>
    </w:p>
    <w:p w14:paraId="1DBE3B62" w14:textId="77777777" w:rsidR="004852C9" w:rsidRDefault="00000000">
      <w:pPr>
        <w:ind w:firstLine="720"/>
      </w:pPr>
      <w:r>
        <w:rPr>
          <w:b/>
        </w:rPr>
        <w:t>Шаг 3. Создание учетной записи Автора (с вашей Фамилией):</w:t>
      </w:r>
    </w:p>
    <w:p w14:paraId="25F8DCB8" w14:textId="77777777" w:rsidR="004852C9" w:rsidRDefault="00000000">
      <w:pPr>
        <w:ind w:firstLine="1152"/>
      </w:pPr>
      <w:r>
        <w:t>• Снова нажмите «Добавить нового». Заполните данные:</w:t>
      </w:r>
    </w:p>
    <w:p w14:paraId="57384892" w14:textId="77777777" w:rsidR="004852C9" w:rsidRDefault="00000000">
      <w:pPr>
        <w:ind w:firstLine="1440"/>
      </w:pPr>
      <w:r>
        <w:t xml:space="preserve">  – Имя пользователя (логин): author_[ваша_фамилия_латиницей] (например: author_ivanov)</w:t>
      </w:r>
    </w:p>
    <w:p w14:paraId="2544FF0E" w14:textId="77777777" w:rsidR="004852C9" w:rsidRDefault="00000000">
      <w:pPr>
        <w:ind w:firstLine="1440"/>
      </w:pPr>
      <w:r>
        <w:t xml:space="preserve">  – E-mail: author_[фамилия]@edu.local (например: author_ivanov@edu.local)</w:t>
      </w:r>
    </w:p>
    <w:p w14:paraId="62F972C8" w14:textId="77777777" w:rsidR="004852C9" w:rsidRDefault="00000000">
      <w:pPr>
        <w:ind w:firstLine="1440"/>
      </w:pPr>
      <w:r>
        <w:t xml:space="preserve">  – Имя: Иван | Фамилия: Петров ([Ваша Фамилия])</w:t>
      </w:r>
    </w:p>
    <w:p w14:paraId="16B5536D" w14:textId="77777777" w:rsidR="004852C9" w:rsidRDefault="00000000">
      <w:pPr>
        <w:ind w:firstLine="1440"/>
      </w:pPr>
      <w:r>
        <w:t xml:space="preserve">  – Пароль: Test_Author_2026!</w:t>
      </w:r>
    </w:p>
    <w:p w14:paraId="454E3E3C" w14:textId="77777777" w:rsidR="004852C9" w:rsidRDefault="00000000">
      <w:pPr>
        <w:ind w:firstLine="1440"/>
      </w:pPr>
      <w:r>
        <w:lastRenderedPageBreak/>
        <w:t xml:space="preserve">  – Роль: выберите «Автор».</w:t>
      </w:r>
    </w:p>
    <w:p w14:paraId="65B66221" w14:textId="77777777" w:rsidR="004852C9" w:rsidRDefault="00000000">
      <w:pPr>
        <w:ind w:firstLine="1152"/>
      </w:pPr>
      <w:r>
        <w:t>• Нажмите кнопку «Добавить нового пользователя».</w:t>
      </w:r>
    </w:p>
    <w:p w14:paraId="20DF8021" w14:textId="77777777" w:rsidR="004852C9" w:rsidRDefault="00000000">
      <w:pPr>
        <w:ind w:firstLine="720"/>
      </w:pPr>
      <w:r>
        <w:rPr>
          <w:b/>
        </w:rPr>
        <w:t>Шаг 4. Создание учетной записи Участника (с вашей Фамилией):</w:t>
      </w:r>
    </w:p>
    <w:p w14:paraId="39433A4B" w14:textId="77777777" w:rsidR="004852C9" w:rsidRDefault="00000000">
      <w:pPr>
        <w:ind w:firstLine="1152"/>
      </w:pPr>
      <w:r>
        <w:t>• Нажмите «Добавить нового». Заполните данные:</w:t>
      </w:r>
    </w:p>
    <w:p w14:paraId="632033F3" w14:textId="77777777" w:rsidR="004852C9" w:rsidRDefault="00000000">
      <w:pPr>
        <w:ind w:firstLine="1440"/>
      </w:pPr>
      <w:r>
        <w:t xml:space="preserve">  – Имя пользователя (логин): contrib_[ваша_фамилия_латиницей] (например: contrib_ivanov)</w:t>
      </w:r>
    </w:p>
    <w:p w14:paraId="6575CFE9" w14:textId="77777777" w:rsidR="004852C9" w:rsidRDefault="00000000">
      <w:pPr>
        <w:ind w:firstLine="1440"/>
      </w:pPr>
      <w:r>
        <w:t xml:space="preserve">  – E-mail: contrib_[фамилия]@edu.local (например: contrib_ivanov@edu.local)</w:t>
      </w:r>
    </w:p>
    <w:p w14:paraId="73B6074A" w14:textId="77777777" w:rsidR="004852C9" w:rsidRDefault="00000000">
      <w:pPr>
        <w:ind w:firstLine="1440"/>
      </w:pPr>
      <w:r>
        <w:t xml:space="preserve">  – Имя: Дмитрий | Фамилия: Сидоров ([Ваша Фамилия])</w:t>
      </w:r>
    </w:p>
    <w:p w14:paraId="2942A66F" w14:textId="77777777" w:rsidR="004852C9" w:rsidRDefault="00000000">
      <w:pPr>
        <w:ind w:firstLine="1440"/>
      </w:pPr>
      <w:r>
        <w:t xml:space="preserve">  – Пароль: Test_Contrib_2026!</w:t>
      </w:r>
    </w:p>
    <w:p w14:paraId="7CF7B03C" w14:textId="77777777" w:rsidR="004852C9" w:rsidRDefault="00000000">
      <w:pPr>
        <w:ind w:firstLine="1440"/>
      </w:pPr>
      <w:r>
        <w:t xml:space="preserve">  – Роль: выберите «Участник».</w:t>
      </w:r>
    </w:p>
    <w:p w14:paraId="4530EBAD" w14:textId="77777777" w:rsidR="004852C9" w:rsidRDefault="00000000">
      <w:pPr>
        <w:ind w:firstLine="1152"/>
      </w:pPr>
      <w:r>
        <w:t>• Нажмите кнопку «Добавить нового пользователя».</w:t>
      </w:r>
    </w:p>
    <w:p w14:paraId="00CE2BAF" w14:textId="77777777" w:rsidR="004852C9" w:rsidRDefault="00000000">
      <w:pPr>
        <w:ind w:firstLine="720"/>
      </w:pPr>
      <w:r>
        <w:rPr>
          <w:b/>
        </w:rPr>
        <w:t>Шаг 5. Создание учетной записи Подписчика (с вашей Фамилией):</w:t>
      </w:r>
    </w:p>
    <w:p w14:paraId="006E9844" w14:textId="77777777" w:rsidR="004852C9" w:rsidRDefault="00000000">
      <w:pPr>
        <w:ind w:firstLine="1152"/>
      </w:pPr>
      <w:r>
        <w:t>• Нажмите «Добавить нового». Заполните данные:</w:t>
      </w:r>
    </w:p>
    <w:p w14:paraId="2DD42B51" w14:textId="77777777" w:rsidR="004852C9" w:rsidRDefault="00000000">
      <w:pPr>
        <w:ind w:firstLine="1440"/>
      </w:pPr>
      <w:r>
        <w:t xml:space="preserve">  – Имя пользователя (логин): sub_[ваша_фамилия_латиницей] (например: sub_ivanov)</w:t>
      </w:r>
    </w:p>
    <w:p w14:paraId="3F8E93C2" w14:textId="77777777" w:rsidR="004852C9" w:rsidRDefault="00000000">
      <w:pPr>
        <w:ind w:firstLine="1440"/>
      </w:pPr>
      <w:r>
        <w:t xml:space="preserve">  – E-mail: sub_[фамилия]@edu.local (например: sub_ivanov@edu.local)</w:t>
      </w:r>
    </w:p>
    <w:p w14:paraId="5BC7560D" w14:textId="77777777" w:rsidR="004852C9" w:rsidRDefault="00000000">
      <w:pPr>
        <w:ind w:firstLine="1440"/>
      </w:pPr>
      <w:r>
        <w:t xml:space="preserve">  – Имя: Максим | Фамилия: Федоров ([Ваша Фамилия])</w:t>
      </w:r>
    </w:p>
    <w:p w14:paraId="093D076B" w14:textId="77777777" w:rsidR="004852C9" w:rsidRDefault="00000000">
      <w:pPr>
        <w:ind w:firstLine="1440"/>
      </w:pPr>
      <w:r>
        <w:t xml:space="preserve">  – Пароль: Test_Sub_2026!</w:t>
      </w:r>
    </w:p>
    <w:p w14:paraId="05524D6C" w14:textId="77777777" w:rsidR="004852C9" w:rsidRDefault="00000000">
      <w:pPr>
        <w:ind w:firstLine="1440"/>
      </w:pPr>
      <w:r>
        <w:t xml:space="preserve">  – Роль: выберите «Подписчик».</w:t>
      </w:r>
    </w:p>
    <w:p w14:paraId="4170C887" w14:textId="77777777" w:rsidR="004852C9" w:rsidRDefault="00000000">
      <w:pPr>
        <w:ind w:firstLine="1152"/>
      </w:pPr>
      <w:r>
        <w:t>• Нажмите кнопку «Добавить нового пользователя».</w:t>
      </w:r>
    </w:p>
    <w:p w14:paraId="1EC9C7E6" w14:textId="77777777" w:rsidR="004852C9" w:rsidRDefault="00000000">
      <w:pPr>
        <w:ind w:firstLine="720"/>
      </w:pPr>
      <w:r>
        <w:rPr>
          <w:b/>
        </w:rPr>
        <w:t>Шаг 6. Контроль реестра пользователей:</w:t>
      </w:r>
    </w:p>
    <w:p w14:paraId="3E0688C3" w14:textId="77777777" w:rsidR="004852C9" w:rsidRDefault="00000000">
      <w:pPr>
        <w:ind w:firstLine="1152"/>
      </w:pPr>
      <w:r>
        <w:t>• В левом меню откройте «Пользователи» -&gt; «Все пользователи».</w:t>
      </w:r>
    </w:p>
    <w:p w14:paraId="1BB98240" w14:textId="77777777" w:rsidR="004852C9" w:rsidRDefault="00000000">
      <w:pPr>
        <w:ind w:firstLine="1152"/>
      </w:pPr>
      <w:r>
        <w:t>• Убедитесь, что в сводной таблице присутствуют учетные записи с вашей фамилией и корректно назначенными ролями.</w:t>
      </w:r>
    </w:p>
    <w:p w14:paraId="36C689D2" w14:textId="77777777" w:rsidR="004852C9" w:rsidRDefault="00000000">
      <w:pPr>
        <w:spacing w:before="160"/>
        <w:jc w:val="center"/>
      </w:pPr>
      <w:r>
        <w:rPr>
          <w:b/>
        </w:rPr>
        <w:t>Сделайте скриншот и вставьте в отчет</w:t>
      </w:r>
      <w:r>
        <w:rPr>
          <w:b/>
        </w:rPr>
        <w:br/>
      </w:r>
      <w:r>
        <w:rPr>
          <w:i/>
          <w:sz w:val="24"/>
        </w:rPr>
        <w:t>(Требование к скриншоту: Таблица раздела «Все пользователи» со списком учетных записей, где в логинах четко видны ВАША ФАМИЛИЯ и назначенные роли (Администратор, Редактор, Автор, Участник, Подписчик))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360"/>
      </w:tblGrid>
      <w:tr w:rsidR="004852C9" w14:paraId="5B2A357A" w14:textId="77777777">
        <w:trPr>
          <w:jc w:val="center"/>
        </w:trPr>
        <w:tc>
          <w:tcPr>
            <w:tcW w:w="9360" w:type="dxa"/>
            <w:tcBorders>
              <w:top w:val="dashed" w:sz="6" w:space="0" w:color="777777"/>
              <w:left w:val="dashed" w:sz="6" w:space="0" w:color="777777"/>
              <w:bottom w:val="dashed" w:sz="6" w:space="0" w:color="777777"/>
              <w:right w:val="dashed" w:sz="6" w:space="0" w:color="777777"/>
            </w:tcBorders>
            <w:shd w:val="clear" w:color="auto" w:fill="FAFAFA"/>
          </w:tcPr>
          <w:p w14:paraId="79A21C72" w14:textId="77777777" w:rsidR="004852C9" w:rsidRDefault="00000000">
            <w:pPr>
              <w:spacing w:before="560" w:after="560"/>
              <w:jc w:val="center"/>
            </w:pPr>
            <w:r>
              <w:rPr>
                <w:i/>
                <w:sz w:val="24"/>
              </w:rPr>
              <w:lastRenderedPageBreak/>
              <w:t>[ Место для вставки скриншота студентом ]</w:t>
            </w:r>
          </w:p>
        </w:tc>
      </w:tr>
    </w:tbl>
    <w:p w14:paraId="7D527118" w14:textId="77777777" w:rsidR="004852C9" w:rsidRDefault="004852C9"/>
    <w:p w14:paraId="5EC99583" w14:textId="77777777" w:rsidR="004852C9" w:rsidRDefault="00000000">
      <w:pPr>
        <w:spacing w:before="120" w:after="40"/>
      </w:pPr>
      <w:r>
        <w:rPr>
          <w:b/>
        </w:rPr>
        <w:t>Задание 2.2. Верификация разграничения прав доступа и заполнение матрицы RBAC (30 минут)</w:t>
      </w:r>
    </w:p>
    <w:p w14:paraId="76799CBA" w14:textId="77777777" w:rsidR="004852C9" w:rsidRDefault="00000000">
      <w:pPr>
        <w:ind w:firstLine="720"/>
      </w:pPr>
      <w:r>
        <w:t>Цель задания: проверить функциональные ограничения каждой созданной роли в изолированных сессиях браузера и составить матрицу доступа.</w:t>
      </w:r>
    </w:p>
    <w:p w14:paraId="327E791E" w14:textId="77777777" w:rsidR="004852C9" w:rsidRDefault="00000000">
      <w:pPr>
        <w:ind w:firstLine="720"/>
      </w:pPr>
      <w:r>
        <w:rPr>
          <w:b/>
        </w:rPr>
        <w:t>Шаг 1. Организация изолированной сессии браузера:</w:t>
      </w:r>
    </w:p>
    <w:p w14:paraId="38F93CCE" w14:textId="77777777" w:rsidR="004852C9" w:rsidRDefault="00000000">
      <w:pPr>
        <w:ind w:firstLine="1152"/>
      </w:pPr>
      <w:r>
        <w:t>• ВАЖНО: Не выполняйте выход из учетной записи администратора в основном окне браузера. Для тестирования откройте отдельное приватное окно (режим «Инкогнито»): нажмите комбинацию клавиш Ctrl + Shift + N в Google Chrome / Яндекс Браузере / Edge (или Cmd + Shift + N на macOS).</w:t>
      </w:r>
    </w:p>
    <w:p w14:paraId="4C9E7A8F" w14:textId="77777777" w:rsidR="004852C9" w:rsidRDefault="00000000">
      <w:pPr>
        <w:ind w:firstLine="1152"/>
      </w:pPr>
      <w:r>
        <w:rPr>
          <w:b/>
        </w:rPr>
        <w:t>• В приватном окне введите персональный адрес входа: http://localhost/rus-ege-[Ваша Фамилия]/wp-login.php.</w:t>
      </w:r>
    </w:p>
    <w:p w14:paraId="76D0A3FA" w14:textId="77777777" w:rsidR="004852C9" w:rsidRDefault="00000000">
      <w:pPr>
        <w:ind w:firstLine="720"/>
      </w:pPr>
      <w:r>
        <w:rPr>
          <w:b/>
        </w:rPr>
        <w:t>Шаг 2. Тестирование роли «Подписчик» (sub_[фамилия]):</w:t>
      </w:r>
    </w:p>
    <w:p w14:paraId="3D2F9A78" w14:textId="77777777" w:rsidR="004852C9" w:rsidRDefault="00000000">
      <w:pPr>
        <w:ind w:firstLine="1152"/>
      </w:pPr>
      <w:r>
        <w:t>• Авторизуйтесь под вашим логином sub_[фамилия] и паролем Test_Sub_2026!.</w:t>
      </w:r>
    </w:p>
    <w:p w14:paraId="6645AF9B" w14:textId="77777777" w:rsidR="004852C9" w:rsidRDefault="00000000">
      <w:pPr>
        <w:ind w:firstLine="1152"/>
      </w:pPr>
      <w:r>
        <w:t>• Обратите внимание на меню консоли слева: присутствует только единственный пункт «Профиль».</w:t>
      </w:r>
    </w:p>
    <w:p w14:paraId="1A6EA820" w14:textId="77777777" w:rsidR="004852C9" w:rsidRDefault="00000000">
      <w:pPr>
        <w:ind w:firstLine="1152"/>
      </w:pPr>
      <w:r>
        <w:t>• Убедитесь, что подписчик может изменить лишь цветовую схему консоли и свой пароль, не имея доступа к созданию материалов.</w:t>
      </w:r>
    </w:p>
    <w:p w14:paraId="22348CCC" w14:textId="77777777" w:rsidR="004852C9" w:rsidRDefault="00000000">
      <w:pPr>
        <w:ind w:firstLine="1152"/>
      </w:pPr>
      <w:r>
        <w:t>• В правом верхнем углу наведите курсор на «Привет, sub_[фамилия]» и нажмите ссылку «Выйти».</w:t>
      </w:r>
    </w:p>
    <w:p w14:paraId="550A384A" w14:textId="77777777" w:rsidR="004852C9" w:rsidRDefault="00000000">
      <w:pPr>
        <w:ind w:firstLine="720"/>
      </w:pPr>
      <w:r>
        <w:rPr>
          <w:b/>
        </w:rPr>
        <w:t>Шаг 3. Тестирование роли «Участник» (contrib_[фамилия]):</w:t>
      </w:r>
    </w:p>
    <w:p w14:paraId="041E41FB" w14:textId="77777777" w:rsidR="004852C9" w:rsidRDefault="00000000">
      <w:pPr>
        <w:ind w:firstLine="1152"/>
      </w:pPr>
      <w:r>
        <w:t>• На странице входа авторизуйтесь под логином contrib_[фамилия] и паролем Test_Contrib_2026!.</w:t>
      </w:r>
    </w:p>
    <w:p w14:paraId="17D5FE85" w14:textId="77777777" w:rsidR="004852C9" w:rsidRDefault="00000000">
      <w:pPr>
        <w:ind w:firstLine="1152"/>
      </w:pPr>
      <w:r>
        <w:t>• Оцените структуру бокового меню: доступны только разделы «Консоль», «Записи», «Комментарии», «Профиль». Разделы «Медиафайлы», «Страницы», «Внешний вид», «Плагины», «Настройки» полностью скрыты.</w:t>
      </w:r>
    </w:p>
    <w:p w14:paraId="079200F9" w14:textId="77777777" w:rsidR="004852C9" w:rsidRDefault="00000000">
      <w:pPr>
        <w:ind w:firstLine="1152"/>
      </w:pPr>
      <w:r>
        <w:rPr>
          <w:b/>
        </w:rPr>
        <w:lastRenderedPageBreak/>
        <w:t>• Перейдите в «Записи» -&gt; «Добавить новую». Введите персонализированный заголовок: «Тезисы к уроку: подготовка к сочинению — [Ваша Фамилия, Группа]» и тестовый абзац.</w:t>
      </w:r>
    </w:p>
    <w:p w14:paraId="073BFCF8" w14:textId="77777777" w:rsidR="004852C9" w:rsidRDefault="00000000">
      <w:pPr>
        <w:ind w:firstLine="1152"/>
      </w:pPr>
      <w:r>
        <w:t>• Обратите внимание на правый верхний угол: синей кнопки «Опубликовать» НЕТ. Вместо нее отображается кнопка «Отправить на утверждение».</w:t>
      </w:r>
    </w:p>
    <w:p w14:paraId="23646587" w14:textId="77777777" w:rsidR="004852C9" w:rsidRDefault="00000000">
      <w:pPr>
        <w:ind w:firstLine="1152"/>
      </w:pPr>
      <w:r>
        <w:t>• Нажмите кнопку «Отправить на утверждение».</w:t>
      </w:r>
    </w:p>
    <w:p w14:paraId="5D979EB1" w14:textId="77777777" w:rsidR="004852C9" w:rsidRDefault="00000000">
      <w:pPr>
        <w:ind w:firstLine="1152"/>
      </w:pPr>
      <w:r>
        <w:t>• Попробуйте вставить блок «Изображение»: нажмите «+» -&gt; блок «Изображение» -&gt; обратите внимание, что кнопка «Библиотека файлов» заблокирована (участник не имеет права загружать файлы на сервер).</w:t>
      </w:r>
    </w:p>
    <w:p w14:paraId="1CAFE46A" w14:textId="77777777" w:rsidR="004852C9" w:rsidRDefault="00000000">
      <w:pPr>
        <w:ind w:firstLine="1152"/>
      </w:pPr>
      <w:r>
        <w:t>• Выполните выход из профиля.</w:t>
      </w:r>
    </w:p>
    <w:p w14:paraId="22DA7081" w14:textId="77777777" w:rsidR="004852C9" w:rsidRDefault="00000000">
      <w:pPr>
        <w:ind w:firstLine="720"/>
      </w:pPr>
      <w:r>
        <w:rPr>
          <w:b/>
        </w:rPr>
        <w:t>Шаг 4. Тестирование роли «Автор» (author_[фамилия]):</w:t>
      </w:r>
    </w:p>
    <w:p w14:paraId="311ACEF8" w14:textId="77777777" w:rsidR="004852C9" w:rsidRDefault="00000000">
      <w:pPr>
        <w:ind w:firstLine="1152"/>
      </w:pPr>
      <w:r>
        <w:t>• Авторизуйтесь под логином author_[фамилия] и паролем Test_Author_2026!.</w:t>
      </w:r>
    </w:p>
    <w:p w14:paraId="6C82CC38" w14:textId="77777777" w:rsidR="004852C9" w:rsidRDefault="00000000">
      <w:pPr>
        <w:ind w:firstLine="1152"/>
      </w:pPr>
      <w:r>
        <w:t>• Обратите внимание: в боковом меню появился раздел «Медиафайлы» (автор имеет право загружать иллюстрации к своим статьям).</w:t>
      </w:r>
    </w:p>
    <w:p w14:paraId="70E16F29" w14:textId="77777777" w:rsidR="004852C9" w:rsidRDefault="00000000">
      <w:pPr>
        <w:ind w:firstLine="1152"/>
      </w:pPr>
      <w:r>
        <w:t>• Перейдите в «Записи» -&gt; «Все записи». Найдите черновик Участника («Тезисы к уроку — [Фамилия]»). Наведите курсор мыши: убедитесь, что ссылка «Редактировать» отсутствует (автор может только просматривать чужой материал через «Предпросмотр», но не имеет права его менять).</w:t>
      </w:r>
    </w:p>
    <w:p w14:paraId="13726A9D" w14:textId="77777777" w:rsidR="004852C9" w:rsidRDefault="00000000">
      <w:pPr>
        <w:ind w:firstLine="1152"/>
      </w:pPr>
      <w:r>
        <w:rPr>
          <w:b/>
        </w:rPr>
        <w:t>• Нажмите «Добавить новую запись». Введите заголовок: «Авторский разбор задания № 4 — [Ваша Фамилия, Группа]».</w:t>
      </w:r>
    </w:p>
    <w:p w14:paraId="2770C01C" w14:textId="77777777" w:rsidR="004852C9" w:rsidRDefault="00000000">
      <w:pPr>
        <w:ind w:firstLine="1152"/>
      </w:pPr>
      <w:r>
        <w:t>• Посмотрите в правый верхний угол: кнопка «Опубликовать» АКТИВНА. Нажмите «Опубликовать» и подтвердите действие. Запись мгновенно появилась на сайте без согласования.</w:t>
      </w:r>
    </w:p>
    <w:p w14:paraId="2B86B90E" w14:textId="77777777" w:rsidR="004852C9" w:rsidRDefault="00000000">
      <w:pPr>
        <w:ind w:firstLine="1152"/>
      </w:pPr>
      <w:r>
        <w:t>• Выполните выход из профиля.</w:t>
      </w:r>
    </w:p>
    <w:p w14:paraId="6A76217B" w14:textId="77777777" w:rsidR="004852C9" w:rsidRDefault="00000000">
      <w:pPr>
        <w:ind w:firstLine="720"/>
      </w:pPr>
      <w:r>
        <w:rPr>
          <w:b/>
        </w:rPr>
        <w:t>Шаг 5. Тестирование роли «Редактор» (editor_[фамилия]):</w:t>
      </w:r>
    </w:p>
    <w:p w14:paraId="50EF4BE4" w14:textId="77777777" w:rsidR="004852C9" w:rsidRDefault="00000000">
      <w:pPr>
        <w:ind w:firstLine="1152"/>
      </w:pPr>
      <w:r>
        <w:t>• Авторизуйтесь под логином editor_[фамилия] и паролем Test_Editor_2026!.</w:t>
      </w:r>
    </w:p>
    <w:p w14:paraId="073F4C5D" w14:textId="77777777" w:rsidR="004852C9" w:rsidRDefault="00000000">
      <w:pPr>
        <w:ind w:firstLine="1152"/>
      </w:pPr>
      <w:r>
        <w:t>• Перейдите в «Записи» -&gt; «Все записи». Откройте черновик Участника («Тезисы к уроку — [Фамилия]»). Убедитесь, что Редактор МОЖЕТ вносить правки в чужой текст и имеет активную кнопку «Опубликовать». Нажмите «Опубликовать».</w:t>
      </w:r>
    </w:p>
    <w:p w14:paraId="226139CB" w14:textId="77777777" w:rsidR="004852C9" w:rsidRDefault="00000000">
      <w:pPr>
        <w:ind w:firstLine="1152"/>
      </w:pPr>
      <w:r>
        <w:lastRenderedPageBreak/>
        <w:t>• Перейдите в меню «Страницы»: убедитесь, что Редактор имеет доступ к редактированию статических страниц сайта.</w:t>
      </w:r>
    </w:p>
    <w:p w14:paraId="06F2E875" w14:textId="77777777" w:rsidR="004852C9" w:rsidRDefault="00000000">
      <w:pPr>
        <w:ind w:firstLine="1152"/>
      </w:pPr>
      <w:r>
        <w:t>• Проверьте ограничение административных прав: попробуйте вручную перейти в раздел плагинов, введя в адресную строку браузера: http://localhost/rus-ege-[Ваша Фамилия]/wp-admin/plugins.php.</w:t>
      </w:r>
    </w:p>
    <w:p w14:paraId="2FCC7D76" w14:textId="77777777" w:rsidR="004852C9" w:rsidRDefault="00000000">
      <w:pPr>
        <w:ind w:firstLine="1152"/>
      </w:pPr>
      <w:r>
        <w:t>• Зафиксируйте сообщение ядра: «Извините, вам не разрешено просматривать эту страницу» (HTTP 403).</w:t>
      </w:r>
    </w:p>
    <w:p w14:paraId="52F5F11B" w14:textId="77777777" w:rsidR="004852C9" w:rsidRDefault="00000000">
      <w:pPr>
        <w:spacing w:before="160"/>
        <w:jc w:val="center"/>
      </w:pPr>
      <w:r>
        <w:rPr>
          <w:b/>
        </w:rPr>
        <w:t>Сделайте скриншот и вставьте в отчет</w:t>
      </w:r>
      <w:r>
        <w:rPr>
          <w:b/>
        </w:rPr>
        <w:br/>
      </w:r>
      <w:r>
        <w:rPr>
          <w:i/>
          <w:sz w:val="24"/>
        </w:rPr>
        <w:t>(Требование к скриншоту: Интерфейс под ролью «Участник» с кнопкой «Отправить на утверждение» и заголовком статьи с ВАШЕЙ ФАМИЛИЕЙ ЛИБО экран блокировки доступа редактора к plugins.php)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360"/>
      </w:tblGrid>
      <w:tr w:rsidR="004852C9" w14:paraId="7939A5DC" w14:textId="77777777">
        <w:trPr>
          <w:jc w:val="center"/>
        </w:trPr>
        <w:tc>
          <w:tcPr>
            <w:tcW w:w="9360" w:type="dxa"/>
            <w:tcBorders>
              <w:top w:val="dashed" w:sz="6" w:space="0" w:color="777777"/>
              <w:left w:val="dashed" w:sz="6" w:space="0" w:color="777777"/>
              <w:bottom w:val="dashed" w:sz="6" w:space="0" w:color="777777"/>
              <w:right w:val="dashed" w:sz="6" w:space="0" w:color="777777"/>
            </w:tcBorders>
            <w:shd w:val="clear" w:color="auto" w:fill="FAFAFA"/>
          </w:tcPr>
          <w:p w14:paraId="402F7F76" w14:textId="77777777" w:rsidR="004852C9" w:rsidRDefault="00000000">
            <w:pPr>
              <w:spacing w:before="560" w:after="560"/>
              <w:jc w:val="center"/>
            </w:pPr>
            <w:r>
              <w:rPr>
                <w:i/>
                <w:sz w:val="24"/>
              </w:rPr>
              <w:t>[ Место для вставки скриншота студентом ]</w:t>
            </w:r>
          </w:p>
        </w:tc>
      </w:tr>
    </w:tbl>
    <w:p w14:paraId="339CDA84" w14:textId="77777777" w:rsidR="004852C9" w:rsidRDefault="004852C9"/>
    <w:p w14:paraId="2377BB84" w14:textId="77777777" w:rsidR="004852C9" w:rsidRDefault="00000000">
      <w:pPr>
        <w:ind w:firstLine="720"/>
      </w:pPr>
      <w:r>
        <w:rPr>
          <w:b/>
        </w:rPr>
        <w:t>Шаг 6. Заполнение сводной матрицы полномочий RBAC:</w:t>
      </w:r>
    </w:p>
    <w:p w14:paraId="43618E52" w14:textId="77777777" w:rsidR="004852C9" w:rsidRDefault="00000000">
      <w:pPr>
        <w:ind w:firstLine="720"/>
      </w:pPr>
      <w:r>
        <w:t>На основе проведенного тестирования заполните в отчете Таблицу 2.1: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661"/>
        <w:gridCol w:w="1661"/>
        <w:gridCol w:w="1661"/>
        <w:gridCol w:w="1661"/>
        <w:gridCol w:w="1661"/>
        <w:gridCol w:w="1699"/>
      </w:tblGrid>
      <w:tr w:rsidR="004852C9" w14:paraId="381A6899" w14:textId="77777777">
        <w:trPr>
          <w:jc w:val="center"/>
        </w:trPr>
        <w:tc>
          <w:tcPr>
            <w:tcW w:w="166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D9D9D9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09DB1B0" w14:textId="77777777" w:rsidR="004852C9" w:rsidRDefault="00000000">
            <w:pPr>
              <w:spacing w:after="40"/>
              <w:jc w:val="center"/>
            </w:pPr>
            <w:r>
              <w:rPr>
                <w:b/>
                <w:sz w:val="22"/>
              </w:rPr>
              <w:t>Полномочие / Функция CMS</w:t>
            </w:r>
          </w:p>
        </w:tc>
        <w:tc>
          <w:tcPr>
            <w:tcW w:w="166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D9D9D9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CB674DF" w14:textId="77777777" w:rsidR="004852C9" w:rsidRDefault="00000000">
            <w:pPr>
              <w:spacing w:after="40"/>
              <w:jc w:val="center"/>
            </w:pPr>
            <w:r>
              <w:rPr>
                <w:b/>
                <w:sz w:val="22"/>
              </w:rPr>
              <w:t>Подписчик</w:t>
            </w:r>
          </w:p>
        </w:tc>
        <w:tc>
          <w:tcPr>
            <w:tcW w:w="166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D9D9D9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EAE50E0" w14:textId="77777777" w:rsidR="004852C9" w:rsidRDefault="00000000">
            <w:pPr>
              <w:spacing w:after="40"/>
              <w:jc w:val="center"/>
            </w:pPr>
            <w:r>
              <w:rPr>
                <w:b/>
                <w:sz w:val="22"/>
              </w:rPr>
              <w:t>Участник</w:t>
            </w:r>
          </w:p>
        </w:tc>
        <w:tc>
          <w:tcPr>
            <w:tcW w:w="166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D9D9D9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0616E41" w14:textId="77777777" w:rsidR="004852C9" w:rsidRDefault="00000000">
            <w:pPr>
              <w:spacing w:after="40"/>
              <w:jc w:val="center"/>
            </w:pPr>
            <w:r>
              <w:rPr>
                <w:b/>
                <w:sz w:val="22"/>
              </w:rPr>
              <w:t>Автор</w:t>
            </w:r>
          </w:p>
        </w:tc>
        <w:tc>
          <w:tcPr>
            <w:tcW w:w="166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D9D9D9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4CF7508" w14:textId="77777777" w:rsidR="004852C9" w:rsidRDefault="00000000">
            <w:pPr>
              <w:spacing w:after="40"/>
              <w:jc w:val="center"/>
            </w:pPr>
            <w:r>
              <w:rPr>
                <w:b/>
                <w:sz w:val="22"/>
              </w:rPr>
              <w:t>Редактор</w:t>
            </w:r>
          </w:p>
        </w:tc>
        <w:tc>
          <w:tcPr>
            <w:tcW w:w="166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D9D9D9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5C956FA" w14:textId="77777777" w:rsidR="004852C9" w:rsidRDefault="00000000">
            <w:pPr>
              <w:spacing w:after="40"/>
              <w:jc w:val="center"/>
            </w:pPr>
            <w:r>
              <w:rPr>
                <w:b/>
                <w:sz w:val="22"/>
              </w:rPr>
              <w:t>Администратор</w:t>
            </w:r>
          </w:p>
        </w:tc>
      </w:tr>
      <w:tr w:rsidR="004852C9" w14:paraId="1888E356" w14:textId="77777777">
        <w:trPr>
          <w:jc w:val="center"/>
        </w:trPr>
        <w:tc>
          <w:tcPr>
            <w:tcW w:w="166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82B7CC3" w14:textId="77777777" w:rsidR="004852C9" w:rsidRDefault="00000000">
            <w:pPr>
              <w:spacing w:after="20"/>
            </w:pPr>
            <w:r>
              <w:rPr>
                <w:sz w:val="22"/>
              </w:rPr>
              <w:t>Просмотр контента и правка личного профиля</w:t>
            </w:r>
          </w:p>
        </w:tc>
        <w:tc>
          <w:tcPr>
            <w:tcW w:w="166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75E341B" w14:textId="77777777" w:rsidR="004852C9" w:rsidRDefault="00000000">
            <w:pPr>
              <w:spacing w:after="20"/>
              <w:jc w:val="center"/>
            </w:pPr>
            <w:r>
              <w:rPr>
                <w:sz w:val="22"/>
              </w:rPr>
              <w:t>Да</w:t>
            </w:r>
          </w:p>
        </w:tc>
        <w:tc>
          <w:tcPr>
            <w:tcW w:w="166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2401E5E6" w14:textId="77777777" w:rsidR="004852C9" w:rsidRDefault="00000000">
            <w:pPr>
              <w:spacing w:after="20"/>
              <w:jc w:val="center"/>
            </w:pPr>
            <w:r>
              <w:rPr>
                <w:sz w:val="22"/>
              </w:rPr>
              <w:t>Да</w:t>
            </w:r>
          </w:p>
        </w:tc>
        <w:tc>
          <w:tcPr>
            <w:tcW w:w="166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7DD6638" w14:textId="77777777" w:rsidR="004852C9" w:rsidRDefault="00000000">
            <w:pPr>
              <w:spacing w:after="20"/>
              <w:jc w:val="center"/>
            </w:pPr>
            <w:r>
              <w:rPr>
                <w:sz w:val="22"/>
              </w:rPr>
              <w:t>Да</w:t>
            </w:r>
          </w:p>
        </w:tc>
        <w:tc>
          <w:tcPr>
            <w:tcW w:w="166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3A75EFE" w14:textId="77777777" w:rsidR="004852C9" w:rsidRDefault="00000000">
            <w:pPr>
              <w:spacing w:after="20"/>
              <w:jc w:val="center"/>
            </w:pPr>
            <w:r>
              <w:rPr>
                <w:sz w:val="22"/>
              </w:rPr>
              <w:t>Да</w:t>
            </w:r>
          </w:p>
        </w:tc>
        <w:tc>
          <w:tcPr>
            <w:tcW w:w="166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46F3F849" w14:textId="77777777" w:rsidR="004852C9" w:rsidRDefault="00000000">
            <w:pPr>
              <w:spacing w:after="20"/>
              <w:jc w:val="center"/>
            </w:pPr>
            <w:r>
              <w:rPr>
                <w:sz w:val="22"/>
              </w:rPr>
              <w:t>Да</w:t>
            </w:r>
          </w:p>
        </w:tc>
      </w:tr>
      <w:tr w:rsidR="004852C9" w14:paraId="581D3B3B" w14:textId="77777777">
        <w:trPr>
          <w:jc w:val="center"/>
        </w:trPr>
        <w:tc>
          <w:tcPr>
            <w:tcW w:w="166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7F7F7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6861369" w14:textId="77777777" w:rsidR="004852C9" w:rsidRDefault="00000000">
            <w:pPr>
              <w:spacing w:after="20"/>
            </w:pPr>
            <w:r>
              <w:rPr>
                <w:sz w:val="22"/>
              </w:rPr>
              <w:t>Создание черновиков собственных записей</w:t>
            </w:r>
          </w:p>
        </w:tc>
        <w:tc>
          <w:tcPr>
            <w:tcW w:w="166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7F7F7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0A393AF" w14:textId="77777777" w:rsidR="004852C9" w:rsidRDefault="00000000">
            <w:pPr>
              <w:spacing w:after="20"/>
              <w:jc w:val="center"/>
            </w:pPr>
            <w:r>
              <w:rPr>
                <w:sz w:val="22"/>
              </w:rPr>
              <w:t>Нет</w:t>
            </w:r>
          </w:p>
        </w:tc>
        <w:tc>
          <w:tcPr>
            <w:tcW w:w="166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7F7F7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4E659A08" w14:textId="77777777" w:rsidR="004852C9" w:rsidRDefault="00000000">
            <w:pPr>
              <w:spacing w:after="20"/>
              <w:jc w:val="center"/>
            </w:pPr>
            <w:r>
              <w:rPr>
                <w:sz w:val="22"/>
              </w:rPr>
              <w:t>Да</w:t>
            </w:r>
          </w:p>
        </w:tc>
        <w:tc>
          <w:tcPr>
            <w:tcW w:w="166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7F7F7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2AD30FAE" w14:textId="77777777" w:rsidR="004852C9" w:rsidRDefault="00000000">
            <w:pPr>
              <w:spacing w:after="20"/>
              <w:jc w:val="center"/>
            </w:pPr>
            <w:r>
              <w:rPr>
                <w:sz w:val="22"/>
              </w:rPr>
              <w:t>Да</w:t>
            </w:r>
          </w:p>
        </w:tc>
        <w:tc>
          <w:tcPr>
            <w:tcW w:w="166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7F7F7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E0D59D4" w14:textId="77777777" w:rsidR="004852C9" w:rsidRDefault="00000000">
            <w:pPr>
              <w:spacing w:after="20"/>
              <w:jc w:val="center"/>
            </w:pPr>
            <w:r>
              <w:rPr>
                <w:sz w:val="22"/>
              </w:rPr>
              <w:t>Да</w:t>
            </w:r>
          </w:p>
        </w:tc>
        <w:tc>
          <w:tcPr>
            <w:tcW w:w="166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7F7F7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13C0F20" w14:textId="77777777" w:rsidR="004852C9" w:rsidRDefault="00000000">
            <w:pPr>
              <w:spacing w:after="20"/>
              <w:jc w:val="center"/>
            </w:pPr>
            <w:r>
              <w:rPr>
                <w:sz w:val="22"/>
              </w:rPr>
              <w:t>Да</w:t>
            </w:r>
          </w:p>
        </w:tc>
      </w:tr>
      <w:tr w:rsidR="004852C9" w14:paraId="7328F45A" w14:textId="77777777">
        <w:trPr>
          <w:jc w:val="center"/>
        </w:trPr>
        <w:tc>
          <w:tcPr>
            <w:tcW w:w="166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47622E4" w14:textId="77777777" w:rsidR="004852C9" w:rsidRDefault="00000000">
            <w:pPr>
              <w:spacing w:after="20"/>
            </w:pPr>
            <w:r>
              <w:rPr>
                <w:sz w:val="22"/>
              </w:rPr>
              <w:t>Загрузка медиафайлов (изображения, аудио)</w:t>
            </w:r>
          </w:p>
        </w:tc>
        <w:tc>
          <w:tcPr>
            <w:tcW w:w="166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3258A93" w14:textId="77777777" w:rsidR="004852C9" w:rsidRDefault="00000000">
            <w:pPr>
              <w:spacing w:after="20"/>
              <w:jc w:val="center"/>
            </w:pPr>
            <w:r>
              <w:rPr>
                <w:sz w:val="22"/>
              </w:rPr>
              <w:t>Нет</w:t>
            </w:r>
          </w:p>
        </w:tc>
        <w:tc>
          <w:tcPr>
            <w:tcW w:w="166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2420C16" w14:textId="77777777" w:rsidR="004852C9" w:rsidRDefault="00000000">
            <w:pPr>
              <w:spacing w:after="20"/>
              <w:jc w:val="center"/>
            </w:pPr>
            <w:r>
              <w:rPr>
                <w:sz w:val="22"/>
              </w:rPr>
              <w:t>Нет</w:t>
            </w:r>
          </w:p>
        </w:tc>
        <w:tc>
          <w:tcPr>
            <w:tcW w:w="166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AD66403" w14:textId="77777777" w:rsidR="004852C9" w:rsidRDefault="00000000">
            <w:pPr>
              <w:spacing w:after="20"/>
              <w:jc w:val="center"/>
            </w:pPr>
            <w:r>
              <w:rPr>
                <w:sz w:val="22"/>
              </w:rPr>
              <w:t>Да</w:t>
            </w:r>
          </w:p>
        </w:tc>
        <w:tc>
          <w:tcPr>
            <w:tcW w:w="166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4DC78D86" w14:textId="77777777" w:rsidR="004852C9" w:rsidRDefault="00000000">
            <w:pPr>
              <w:spacing w:after="20"/>
              <w:jc w:val="center"/>
            </w:pPr>
            <w:r>
              <w:rPr>
                <w:sz w:val="22"/>
              </w:rPr>
              <w:t>Да</w:t>
            </w:r>
          </w:p>
        </w:tc>
        <w:tc>
          <w:tcPr>
            <w:tcW w:w="166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B8D34A1" w14:textId="77777777" w:rsidR="004852C9" w:rsidRDefault="00000000">
            <w:pPr>
              <w:spacing w:after="20"/>
              <w:jc w:val="center"/>
            </w:pPr>
            <w:r>
              <w:rPr>
                <w:sz w:val="22"/>
              </w:rPr>
              <w:t>Да</w:t>
            </w:r>
          </w:p>
        </w:tc>
      </w:tr>
      <w:tr w:rsidR="004852C9" w14:paraId="6CAB3A82" w14:textId="77777777">
        <w:trPr>
          <w:jc w:val="center"/>
        </w:trPr>
        <w:tc>
          <w:tcPr>
            <w:tcW w:w="166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7F7F7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533283F" w14:textId="77777777" w:rsidR="004852C9" w:rsidRDefault="00000000">
            <w:pPr>
              <w:spacing w:after="20"/>
            </w:pPr>
            <w:r>
              <w:rPr>
                <w:sz w:val="22"/>
              </w:rPr>
              <w:t>Прямая публикация собственных записей</w:t>
            </w:r>
          </w:p>
        </w:tc>
        <w:tc>
          <w:tcPr>
            <w:tcW w:w="166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7F7F7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69B9CA1" w14:textId="77777777" w:rsidR="004852C9" w:rsidRDefault="00000000">
            <w:pPr>
              <w:spacing w:after="20"/>
              <w:jc w:val="center"/>
            </w:pPr>
            <w:r>
              <w:rPr>
                <w:sz w:val="22"/>
              </w:rPr>
              <w:t>Нет</w:t>
            </w:r>
          </w:p>
        </w:tc>
        <w:tc>
          <w:tcPr>
            <w:tcW w:w="166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7F7F7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AD4989D" w14:textId="77777777" w:rsidR="004852C9" w:rsidRDefault="00000000">
            <w:pPr>
              <w:spacing w:after="20"/>
              <w:jc w:val="center"/>
            </w:pPr>
            <w:r>
              <w:rPr>
                <w:sz w:val="22"/>
              </w:rPr>
              <w:t>Нет</w:t>
            </w:r>
          </w:p>
        </w:tc>
        <w:tc>
          <w:tcPr>
            <w:tcW w:w="166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7F7F7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8EFADDA" w14:textId="77777777" w:rsidR="004852C9" w:rsidRDefault="00000000">
            <w:pPr>
              <w:spacing w:after="20"/>
              <w:jc w:val="center"/>
            </w:pPr>
            <w:r>
              <w:rPr>
                <w:sz w:val="22"/>
              </w:rPr>
              <w:t>Да</w:t>
            </w:r>
          </w:p>
        </w:tc>
        <w:tc>
          <w:tcPr>
            <w:tcW w:w="166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7F7F7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DED76EA" w14:textId="77777777" w:rsidR="004852C9" w:rsidRDefault="00000000">
            <w:pPr>
              <w:spacing w:after="20"/>
              <w:jc w:val="center"/>
            </w:pPr>
            <w:r>
              <w:rPr>
                <w:sz w:val="22"/>
              </w:rPr>
              <w:t>Да</w:t>
            </w:r>
          </w:p>
        </w:tc>
        <w:tc>
          <w:tcPr>
            <w:tcW w:w="166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7F7F7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9F7A615" w14:textId="77777777" w:rsidR="004852C9" w:rsidRDefault="00000000">
            <w:pPr>
              <w:spacing w:after="20"/>
              <w:jc w:val="center"/>
            </w:pPr>
            <w:r>
              <w:rPr>
                <w:sz w:val="22"/>
              </w:rPr>
              <w:t>Да</w:t>
            </w:r>
          </w:p>
        </w:tc>
      </w:tr>
      <w:tr w:rsidR="004852C9" w14:paraId="37269132" w14:textId="77777777">
        <w:trPr>
          <w:jc w:val="center"/>
        </w:trPr>
        <w:tc>
          <w:tcPr>
            <w:tcW w:w="166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FF086FB" w14:textId="77777777" w:rsidR="004852C9" w:rsidRDefault="00000000">
            <w:pPr>
              <w:spacing w:after="20"/>
            </w:pPr>
            <w:r>
              <w:rPr>
                <w:sz w:val="22"/>
              </w:rPr>
              <w:t xml:space="preserve">Редактирование </w:t>
            </w:r>
            <w:r>
              <w:rPr>
                <w:sz w:val="22"/>
              </w:rPr>
              <w:lastRenderedPageBreak/>
              <w:t>и публикация ЧУЖИХ записей</w:t>
            </w:r>
          </w:p>
        </w:tc>
        <w:tc>
          <w:tcPr>
            <w:tcW w:w="166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497751D4" w14:textId="77777777" w:rsidR="004852C9" w:rsidRDefault="00000000">
            <w:pPr>
              <w:spacing w:after="20"/>
              <w:jc w:val="center"/>
            </w:pPr>
            <w:r>
              <w:rPr>
                <w:sz w:val="22"/>
              </w:rPr>
              <w:lastRenderedPageBreak/>
              <w:t>Нет</w:t>
            </w:r>
          </w:p>
        </w:tc>
        <w:tc>
          <w:tcPr>
            <w:tcW w:w="166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18B1B98" w14:textId="77777777" w:rsidR="004852C9" w:rsidRDefault="00000000">
            <w:pPr>
              <w:spacing w:after="20"/>
              <w:jc w:val="center"/>
            </w:pPr>
            <w:r>
              <w:rPr>
                <w:sz w:val="22"/>
              </w:rPr>
              <w:t>Нет</w:t>
            </w:r>
          </w:p>
        </w:tc>
        <w:tc>
          <w:tcPr>
            <w:tcW w:w="166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0AE4712" w14:textId="77777777" w:rsidR="004852C9" w:rsidRDefault="00000000">
            <w:pPr>
              <w:spacing w:after="20"/>
              <w:jc w:val="center"/>
            </w:pPr>
            <w:r>
              <w:rPr>
                <w:sz w:val="22"/>
              </w:rPr>
              <w:t>Нет</w:t>
            </w:r>
          </w:p>
        </w:tc>
        <w:tc>
          <w:tcPr>
            <w:tcW w:w="166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48E967DD" w14:textId="77777777" w:rsidR="004852C9" w:rsidRDefault="00000000">
            <w:pPr>
              <w:spacing w:after="20"/>
              <w:jc w:val="center"/>
            </w:pPr>
            <w:r>
              <w:rPr>
                <w:sz w:val="22"/>
              </w:rPr>
              <w:t>Да</w:t>
            </w:r>
          </w:p>
        </w:tc>
        <w:tc>
          <w:tcPr>
            <w:tcW w:w="166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D4264EC" w14:textId="77777777" w:rsidR="004852C9" w:rsidRDefault="00000000">
            <w:pPr>
              <w:spacing w:after="20"/>
              <w:jc w:val="center"/>
            </w:pPr>
            <w:r>
              <w:rPr>
                <w:sz w:val="22"/>
              </w:rPr>
              <w:t>Да</w:t>
            </w:r>
          </w:p>
        </w:tc>
      </w:tr>
      <w:tr w:rsidR="004852C9" w14:paraId="1743A6B3" w14:textId="77777777">
        <w:trPr>
          <w:jc w:val="center"/>
        </w:trPr>
        <w:tc>
          <w:tcPr>
            <w:tcW w:w="166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7F7F7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D9CEE60" w14:textId="77777777" w:rsidR="004852C9" w:rsidRDefault="00000000">
            <w:pPr>
              <w:spacing w:after="20"/>
            </w:pPr>
            <w:r>
              <w:rPr>
                <w:sz w:val="22"/>
              </w:rPr>
              <w:t>Создание и редактирование постоянных страниц</w:t>
            </w:r>
          </w:p>
        </w:tc>
        <w:tc>
          <w:tcPr>
            <w:tcW w:w="166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7F7F7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871B017" w14:textId="77777777" w:rsidR="004852C9" w:rsidRDefault="00000000">
            <w:pPr>
              <w:spacing w:after="20"/>
              <w:jc w:val="center"/>
            </w:pPr>
            <w:r>
              <w:rPr>
                <w:sz w:val="22"/>
              </w:rPr>
              <w:t>Нет</w:t>
            </w:r>
          </w:p>
        </w:tc>
        <w:tc>
          <w:tcPr>
            <w:tcW w:w="166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7F7F7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C7D4CAD" w14:textId="77777777" w:rsidR="004852C9" w:rsidRDefault="00000000">
            <w:pPr>
              <w:spacing w:after="20"/>
              <w:jc w:val="center"/>
            </w:pPr>
            <w:r>
              <w:rPr>
                <w:sz w:val="22"/>
              </w:rPr>
              <w:t>Нет</w:t>
            </w:r>
          </w:p>
        </w:tc>
        <w:tc>
          <w:tcPr>
            <w:tcW w:w="166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7F7F7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DF37F63" w14:textId="77777777" w:rsidR="004852C9" w:rsidRDefault="00000000">
            <w:pPr>
              <w:spacing w:after="20"/>
              <w:jc w:val="center"/>
            </w:pPr>
            <w:r>
              <w:rPr>
                <w:sz w:val="22"/>
              </w:rPr>
              <w:t>Нет</w:t>
            </w:r>
          </w:p>
        </w:tc>
        <w:tc>
          <w:tcPr>
            <w:tcW w:w="166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7F7F7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216ABA14" w14:textId="77777777" w:rsidR="004852C9" w:rsidRDefault="00000000">
            <w:pPr>
              <w:spacing w:after="20"/>
              <w:jc w:val="center"/>
            </w:pPr>
            <w:r>
              <w:rPr>
                <w:sz w:val="22"/>
              </w:rPr>
              <w:t>Да</w:t>
            </w:r>
          </w:p>
        </w:tc>
        <w:tc>
          <w:tcPr>
            <w:tcW w:w="166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7F7F7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6716530" w14:textId="77777777" w:rsidR="004852C9" w:rsidRDefault="00000000">
            <w:pPr>
              <w:spacing w:after="20"/>
              <w:jc w:val="center"/>
            </w:pPr>
            <w:r>
              <w:rPr>
                <w:sz w:val="22"/>
              </w:rPr>
              <w:t>Да</w:t>
            </w:r>
          </w:p>
        </w:tc>
      </w:tr>
      <w:tr w:rsidR="004852C9" w14:paraId="3DE876AC" w14:textId="77777777">
        <w:trPr>
          <w:jc w:val="center"/>
        </w:trPr>
        <w:tc>
          <w:tcPr>
            <w:tcW w:w="166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95EE6B7" w14:textId="77777777" w:rsidR="004852C9" w:rsidRDefault="00000000">
            <w:pPr>
              <w:spacing w:after="20"/>
            </w:pPr>
            <w:r>
              <w:rPr>
                <w:sz w:val="22"/>
              </w:rPr>
              <w:t>Модерация и удаление комментариев пользователей</w:t>
            </w:r>
          </w:p>
        </w:tc>
        <w:tc>
          <w:tcPr>
            <w:tcW w:w="166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8C5AB1B" w14:textId="77777777" w:rsidR="004852C9" w:rsidRDefault="00000000">
            <w:pPr>
              <w:spacing w:after="20"/>
              <w:jc w:val="center"/>
            </w:pPr>
            <w:r>
              <w:rPr>
                <w:sz w:val="22"/>
              </w:rPr>
              <w:t>Нет</w:t>
            </w:r>
          </w:p>
        </w:tc>
        <w:tc>
          <w:tcPr>
            <w:tcW w:w="166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2422698" w14:textId="77777777" w:rsidR="004852C9" w:rsidRDefault="00000000">
            <w:pPr>
              <w:spacing w:after="20"/>
              <w:jc w:val="center"/>
            </w:pPr>
            <w:r>
              <w:rPr>
                <w:sz w:val="22"/>
              </w:rPr>
              <w:t>Нет</w:t>
            </w:r>
          </w:p>
        </w:tc>
        <w:tc>
          <w:tcPr>
            <w:tcW w:w="166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ECF4B64" w14:textId="77777777" w:rsidR="004852C9" w:rsidRDefault="00000000">
            <w:pPr>
              <w:spacing w:after="20"/>
              <w:jc w:val="center"/>
            </w:pPr>
            <w:r>
              <w:rPr>
                <w:sz w:val="22"/>
              </w:rPr>
              <w:t>Нет</w:t>
            </w:r>
          </w:p>
        </w:tc>
        <w:tc>
          <w:tcPr>
            <w:tcW w:w="166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18C21AF" w14:textId="77777777" w:rsidR="004852C9" w:rsidRDefault="00000000">
            <w:pPr>
              <w:spacing w:after="20"/>
              <w:jc w:val="center"/>
            </w:pPr>
            <w:r>
              <w:rPr>
                <w:sz w:val="22"/>
              </w:rPr>
              <w:t>Да</w:t>
            </w:r>
          </w:p>
        </w:tc>
        <w:tc>
          <w:tcPr>
            <w:tcW w:w="166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7F505B2" w14:textId="77777777" w:rsidR="004852C9" w:rsidRDefault="00000000">
            <w:pPr>
              <w:spacing w:after="20"/>
              <w:jc w:val="center"/>
            </w:pPr>
            <w:r>
              <w:rPr>
                <w:sz w:val="22"/>
              </w:rPr>
              <w:t>Да</w:t>
            </w:r>
          </w:p>
        </w:tc>
      </w:tr>
      <w:tr w:rsidR="004852C9" w14:paraId="03F92A01" w14:textId="77777777">
        <w:trPr>
          <w:jc w:val="center"/>
        </w:trPr>
        <w:tc>
          <w:tcPr>
            <w:tcW w:w="166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7F7F7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A1D8BBD" w14:textId="77777777" w:rsidR="004852C9" w:rsidRDefault="00000000">
            <w:pPr>
              <w:spacing w:after="20"/>
            </w:pPr>
            <w:r>
              <w:rPr>
                <w:sz w:val="22"/>
              </w:rPr>
              <w:t>Установка, активация и удаление плагинов</w:t>
            </w:r>
          </w:p>
        </w:tc>
        <w:tc>
          <w:tcPr>
            <w:tcW w:w="166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7F7F7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A8690AC" w14:textId="77777777" w:rsidR="004852C9" w:rsidRDefault="00000000">
            <w:pPr>
              <w:spacing w:after="20"/>
              <w:jc w:val="center"/>
            </w:pPr>
            <w:r>
              <w:rPr>
                <w:sz w:val="22"/>
              </w:rPr>
              <w:t>Нет</w:t>
            </w:r>
          </w:p>
        </w:tc>
        <w:tc>
          <w:tcPr>
            <w:tcW w:w="166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7F7F7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7690D79" w14:textId="77777777" w:rsidR="004852C9" w:rsidRDefault="00000000">
            <w:pPr>
              <w:spacing w:after="20"/>
              <w:jc w:val="center"/>
            </w:pPr>
            <w:r>
              <w:rPr>
                <w:sz w:val="22"/>
              </w:rPr>
              <w:t>Нет</w:t>
            </w:r>
          </w:p>
        </w:tc>
        <w:tc>
          <w:tcPr>
            <w:tcW w:w="166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7F7F7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4369F84" w14:textId="77777777" w:rsidR="004852C9" w:rsidRDefault="00000000">
            <w:pPr>
              <w:spacing w:after="20"/>
              <w:jc w:val="center"/>
            </w:pPr>
            <w:r>
              <w:rPr>
                <w:sz w:val="22"/>
              </w:rPr>
              <w:t>Нет</w:t>
            </w:r>
          </w:p>
        </w:tc>
        <w:tc>
          <w:tcPr>
            <w:tcW w:w="166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7F7F7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2E926C83" w14:textId="77777777" w:rsidR="004852C9" w:rsidRDefault="00000000">
            <w:pPr>
              <w:spacing w:after="20"/>
              <w:jc w:val="center"/>
            </w:pPr>
            <w:r>
              <w:rPr>
                <w:sz w:val="22"/>
              </w:rPr>
              <w:t>Нет</w:t>
            </w:r>
          </w:p>
        </w:tc>
        <w:tc>
          <w:tcPr>
            <w:tcW w:w="166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7F7F7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4259A419" w14:textId="77777777" w:rsidR="004852C9" w:rsidRDefault="00000000">
            <w:pPr>
              <w:spacing w:after="20"/>
              <w:jc w:val="center"/>
            </w:pPr>
            <w:r>
              <w:rPr>
                <w:sz w:val="22"/>
              </w:rPr>
              <w:t>Да</w:t>
            </w:r>
          </w:p>
        </w:tc>
      </w:tr>
      <w:tr w:rsidR="004852C9" w14:paraId="64DA58C3" w14:textId="77777777">
        <w:trPr>
          <w:jc w:val="center"/>
        </w:trPr>
        <w:tc>
          <w:tcPr>
            <w:tcW w:w="166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8CD1074" w14:textId="77777777" w:rsidR="004852C9" w:rsidRDefault="00000000">
            <w:pPr>
              <w:spacing w:after="20"/>
            </w:pPr>
            <w:r>
              <w:rPr>
                <w:sz w:val="22"/>
              </w:rPr>
              <w:t>Смена темы оформления и редактирование стилей</w:t>
            </w:r>
          </w:p>
        </w:tc>
        <w:tc>
          <w:tcPr>
            <w:tcW w:w="166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DFCEC6F" w14:textId="77777777" w:rsidR="004852C9" w:rsidRDefault="00000000">
            <w:pPr>
              <w:spacing w:after="20"/>
              <w:jc w:val="center"/>
            </w:pPr>
            <w:r>
              <w:rPr>
                <w:sz w:val="22"/>
              </w:rPr>
              <w:t>Нет</w:t>
            </w:r>
          </w:p>
        </w:tc>
        <w:tc>
          <w:tcPr>
            <w:tcW w:w="166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2B07444E" w14:textId="77777777" w:rsidR="004852C9" w:rsidRDefault="00000000">
            <w:pPr>
              <w:spacing w:after="20"/>
              <w:jc w:val="center"/>
            </w:pPr>
            <w:r>
              <w:rPr>
                <w:sz w:val="22"/>
              </w:rPr>
              <w:t>Нет</w:t>
            </w:r>
          </w:p>
        </w:tc>
        <w:tc>
          <w:tcPr>
            <w:tcW w:w="166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0D41FFA" w14:textId="77777777" w:rsidR="004852C9" w:rsidRDefault="00000000">
            <w:pPr>
              <w:spacing w:after="20"/>
              <w:jc w:val="center"/>
            </w:pPr>
            <w:r>
              <w:rPr>
                <w:sz w:val="22"/>
              </w:rPr>
              <w:t>Нет</w:t>
            </w:r>
          </w:p>
        </w:tc>
        <w:tc>
          <w:tcPr>
            <w:tcW w:w="166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4DBAA23" w14:textId="77777777" w:rsidR="004852C9" w:rsidRDefault="00000000">
            <w:pPr>
              <w:spacing w:after="20"/>
              <w:jc w:val="center"/>
            </w:pPr>
            <w:r>
              <w:rPr>
                <w:sz w:val="22"/>
              </w:rPr>
              <w:t>Нет</w:t>
            </w:r>
          </w:p>
        </w:tc>
        <w:tc>
          <w:tcPr>
            <w:tcW w:w="166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2A1AE545" w14:textId="77777777" w:rsidR="004852C9" w:rsidRDefault="00000000">
            <w:pPr>
              <w:spacing w:after="20"/>
              <w:jc w:val="center"/>
            </w:pPr>
            <w:r>
              <w:rPr>
                <w:sz w:val="22"/>
              </w:rPr>
              <w:t>Да</w:t>
            </w:r>
          </w:p>
        </w:tc>
      </w:tr>
      <w:tr w:rsidR="004852C9" w14:paraId="48DECEB5" w14:textId="77777777">
        <w:trPr>
          <w:jc w:val="center"/>
        </w:trPr>
        <w:tc>
          <w:tcPr>
            <w:tcW w:w="166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7F7F7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278C22BC" w14:textId="77777777" w:rsidR="004852C9" w:rsidRDefault="00000000">
            <w:pPr>
              <w:spacing w:after="20"/>
            </w:pPr>
            <w:r>
              <w:rPr>
                <w:sz w:val="22"/>
              </w:rPr>
              <w:t>Управление пользователями и глобальными настройками</w:t>
            </w:r>
          </w:p>
        </w:tc>
        <w:tc>
          <w:tcPr>
            <w:tcW w:w="166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7F7F7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461D3D5E" w14:textId="77777777" w:rsidR="004852C9" w:rsidRDefault="00000000">
            <w:pPr>
              <w:spacing w:after="20"/>
              <w:jc w:val="center"/>
            </w:pPr>
            <w:r>
              <w:rPr>
                <w:sz w:val="22"/>
              </w:rPr>
              <w:t>Нет</w:t>
            </w:r>
          </w:p>
        </w:tc>
        <w:tc>
          <w:tcPr>
            <w:tcW w:w="166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7F7F7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AC82C64" w14:textId="77777777" w:rsidR="004852C9" w:rsidRDefault="00000000">
            <w:pPr>
              <w:spacing w:after="20"/>
              <w:jc w:val="center"/>
            </w:pPr>
            <w:r>
              <w:rPr>
                <w:sz w:val="22"/>
              </w:rPr>
              <w:t>Нет</w:t>
            </w:r>
          </w:p>
        </w:tc>
        <w:tc>
          <w:tcPr>
            <w:tcW w:w="166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7F7F7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C5BF217" w14:textId="77777777" w:rsidR="004852C9" w:rsidRDefault="00000000">
            <w:pPr>
              <w:spacing w:after="20"/>
              <w:jc w:val="center"/>
            </w:pPr>
            <w:r>
              <w:rPr>
                <w:sz w:val="22"/>
              </w:rPr>
              <w:t>Нет</w:t>
            </w:r>
          </w:p>
        </w:tc>
        <w:tc>
          <w:tcPr>
            <w:tcW w:w="166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7F7F7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E631647" w14:textId="77777777" w:rsidR="004852C9" w:rsidRDefault="00000000">
            <w:pPr>
              <w:spacing w:after="20"/>
              <w:jc w:val="center"/>
            </w:pPr>
            <w:r>
              <w:rPr>
                <w:sz w:val="22"/>
              </w:rPr>
              <w:t>Нет</w:t>
            </w:r>
          </w:p>
        </w:tc>
        <w:tc>
          <w:tcPr>
            <w:tcW w:w="166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7F7F7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A5A64EF" w14:textId="77777777" w:rsidR="004852C9" w:rsidRDefault="00000000">
            <w:pPr>
              <w:spacing w:after="20"/>
              <w:jc w:val="center"/>
            </w:pPr>
            <w:r>
              <w:rPr>
                <w:sz w:val="22"/>
              </w:rPr>
              <w:t>Да</w:t>
            </w:r>
          </w:p>
        </w:tc>
      </w:tr>
    </w:tbl>
    <w:p w14:paraId="26ACE433" w14:textId="77777777" w:rsidR="004852C9" w:rsidRDefault="004852C9">
      <w:pPr>
        <w:spacing w:after="160"/>
      </w:pPr>
    </w:p>
    <w:p w14:paraId="51BB4853" w14:textId="77777777" w:rsidR="004852C9" w:rsidRDefault="00000000">
      <w:pPr>
        <w:spacing w:before="120" w:after="40"/>
      </w:pPr>
      <w:r>
        <w:rPr>
          <w:b/>
        </w:rPr>
        <w:t>Задание 2.3. Комплексная диагностика сайта через модуль «Здоровье сайта» (15 минут)</w:t>
      </w:r>
    </w:p>
    <w:p w14:paraId="18D28327" w14:textId="77777777" w:rsidR="004852C9" w:rsidRDefault="00000000">
      <w:pPr>
        <w:ind w:firstLine="720"/>
      </w:pPr>
      <w:r>
        <w:t>Цель задания: выполнить аппаратный и программный аудит веб-ресурса с помощью встроенного модуля мониторинга ядра WordPress.</w:t>
      </w:r>
    </w:p>
    <w:p w14:paraId="5EFE3154" w14:textId="77777777" w:rsidR="004852C9" w:rsidRDefault="00000000">
      <w:pPr>
        <w:ind w:firstLine="720"/>
      </w:pPr>
      <w:r>
        <w:rPr>
          <w:b/>
        </w:rPr>
        <w:t>Шаг 1. Переход в диагностический модуль ядра:</w:t>
      </w:r>
    </w:p>
    <w:p w14:paraId="58B74C44" w14:textId="77777777" w:rsidR="004852C9" w:rsidRDefault="00000000">
      <w:pPr>
        <w:ind w:firstLine="1152"/>
      </w:pPr>
      <w:r>
        <w:t>• Вернитесь в основное окно браузера с активной сессией Главного Администратора.</w:t>
      </w:r>
    </w:p>
    <w:p w14:paraId="0AF5A400" w14:textId="77777777" w:rsidR="004852C9" w:rsidRDefault="00000000">
      <w:pPr>
        <w:ind w:firstLine="1152"/>
      </w:pPr>
      <w:r>
        <w:t>• В левом боковом меню перейдите в раздел «Инструменты» -&gt; «Здоровье сайта» (Site Health).</w:t>
      </w:r>
    </w:p>
    <w:p w14:paraId="0CA13892" w14:textId="77777777" w:rsidR="004852C9" w:rsidRDefault="00000000">
      <w:pPr>
        <w:ind w:firstLine="720"/>
      </w:pPr>
      <w:r>
        <w:rPr>
          <w:b/>
        </w:rPr>
        <w:t>Шаг 2. Анализ вкладки «Статус» (Status):</w:t>
      </w:r>
    </w:p>
    <w:p w14:paraId="2003DEBB" w14:textId="77777777" w:rsidR="004852C9" w:rsidRDefault="00000000">
      <w:pPr>
        <w:ind w:firstLine="1152"/>
      </w:pPr>
      <w:r>
        <w:t>• Дождитесь окончания процедуры экспресс-тестирования серверной среды (вращающийся индикатор проверки).</w:t>
      </w:r>
    </w:p>
    <w:p w14:paraId="4F846D6C" w14:textId="77777777" w:rsidR="004852C9" w:rsidRDefault="00000000">
      <w:pPr>
        <w:ind w:firstLine="1152"/>
      </w:pPr>
      <w:r>
        <w:t>• Зафиксируйте итоговый показатель работоспособности ресурса (круговой индикатор «Хорошо» или «Требуется внимание»).</w:t>
      </w:r>
    </w:p>
    <w:p w14:paraId="266698A2" w14:textId="77777777" w:rsidR="004852C9" w:rsidRDefault="00000000">
      <w:pPr>
        <w:ind w:firstLine="1152"/>
      </w:pPr>
      <w:r>
        <w:lastRenderedPageBreak/>
        <w:t>• Кликните по заголовкам секций «Критические проблемы» и «Рекомендуемые улучшения», чтобы раскрыть подробности.</w:t>
      </w:r>
    </w:p>
    <w:p w14:paraId="48FA54DE" w14:textId="77777777" w:rsidR="004852C9" w:rsidRDefault="00000000">
      <w:pPr>
        <w:ind w:firstLine="1152"/>
      </w:pPr>
      <w:r>
        <w:t>• Проанализируйте выявленные предупреждения: отсутствие HTTPS/SSL (объясняется работой на локальном сервере localhost), неактивные плагины или темы оформления, состояние модулей PHP.</w:t>
      </w:r>
    </w:p>
    <w:p w14:paraId="4696B691" w14:textId="77777777" w:rsidR="004852C9" w:rsidRDefault="00000000">
      <w:pPr>
        <w:spacing w:before="160"/>
        <w:jc w:val="center"/>
      </w:pPr>
      <w:r>
        <w:rPr>
          <w:b/>
        </w:rPr>
        <w:t>Сделайте скриншот и вставьте в отчет</w:t>
      </w:r>
      <w:r>
        <w:rPr>
          <w:b/>
        </w:rPr>
        <w:br/>
      </w:r>
      <w:r>
        <w:rPr>
          <w:i/>
          <w:sz w:val="24"/>
        </w:rPr>
        <w:t>(Требование к скриншоту: Вкладка «Статус» инструмента «Здоровье сайта» с отображением общего показателя работоспособности вашего ресурса и раскрытым перечнем диагностических пунктов)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360"/>
      </w:tblGrid>
      <w:tr w:rsidR="004852C9" w14:paraId="160A44B8" w14:textId="77777777">
        <w:trPr>
          <w:jc w:val="center"/>
        </w:trPr>
        <w:tc>
          <w:tcPr>
            <w:tcW w:w="9360" w:type="dxa"/>
            <w:tcBorders>
              <w:top w:val="dashed" w:sz="6" w:space="0" w:color="777777"/>
              <w:left w:val="dashed" w:sz="6" w:space="0" w:color="777777"/>
              <w:bottom w:val="dashed" w:sz="6" w:space="0" w:color="777777"/>
              <w:right w:val="dashed" w:sz="6" w:space="0" w:color="777777"/>
            </w:tcBorders>
            <w:shd w:val="clear" w:color="auto" w:fill="FAFAFA"/>
          </w:tcPr>
          <w:p w14:paraId="1EE6C46D" w14:textId="77777777" w:rsidR="004852C9" w:rsidRDefault="00000000">
            <w:pPr>
              <w:spacing w:before="560" w:after="560"/>
              <w:jc w:val="center"/>
            </w:pPr>
            <w:r>
              <w:rPr>
                <w:i/>
                <w:sz w:val="24"/>
              </w:rPr>
              <w:t>[ Место для вставки скриншота студентом ]</w:t>
            </w:r>
          </w:p>
        </w:tc>
      </w:tr>
    </w:tbl>
    <w:p w14:paraId="22FB0663" w14:textId="77777777" w:rsidR="004852C9" w:rsidRDefault="004852C9"/>
    <w:p w14:paraId="1330B8A4" w14:textId="77777777" w:rsidR="004852C9" w:rsidRDefault="00000000">
      <w:pPr>
        <w:spacing w:before="120" w:after="40"/>
      </w:pPr>
      <w:r>
        <w:rPr>
          <w:b/>
        </w:rPr>
        <w:t>Задание 2.4. Выгрузка и анализ конфигурационного отчета платформы (20 минут)</w:t>
      </w:r>
    </w:p>
    <w:p w14:paraId="4F2839A7" w14:textId="77777777" w:rsidR="004852C9" w:rsidRDefault="00000000">
      <w:pPr>
        <w:ind w:firstLine="720"/>
      </w:pPr>
      <w:r>
        <w:t>Цель задания: выгрузить системный дамп конфигурации веб-сервера, заполнить технический паспорт ресурса и сформировать экспертное заключение об эксплуатационной готовности.</w:t>
      </w:r>
    </w:p>
    <w:p w14:paraId="55389FD9" w14:textId="77777777" w:rsidR="004852C9" w:rsidRDefault="00000000">
      <w:pPr>
        <w:ind w:firstLine="720"/>
      </w:pPr>
      <w:r>
        <w:rPr>
          <w:b/>
        </w:rPr>
        <w:t>Шаг 1. Получение системного отчета конфигурации:</w:t>
      </w:r>
    </w:p>
    <w:p w14:paraId="78591C0C" w14:textId="77777777" w:rsidR="004852C9" w:rsidRDefault="00000000">
      <w:pPr>
        <w:ind w:firstLine="1152"/>
      </w:pPr>
      <w:r>
        <w:t>• В интерфейсе «Здоровье сайта» переключитесь на вторую вкладку вверху: «Информация» (Info).</w:t>
      </w:r>
    </w:p>
    <w:p w14:paraId="0D95FEDC" w14:textId="77777777" w:rsidR="004852C9" w:rsidRDefault="00000000">
      <w:pPr>
        <w:ind w:firstLine="1152"/>
      </w:pPr>
      <w:r>
        <w:t>• Нажмите синюю кнопку «Скопировать информацию о сайте в буфер обмена».</w:t>
      </w:r>
    </w:p>
    <w:p w14:paraId="4E5EF332" w14:textId="77777777" w:rsidR="004852C9" w:rsidRDefault="00000000">
      <w:pPr>
        <w:ind w:firstLine="1152"/>
      </w:pPr>
      <w:r>
        <w:t>• Откройте текстовый редактор (Блокнот / VS Code) и вставьте скопированный текст (Ctrl + V).</w:t>
      </w:r>
    </w:p>
    <w:p w14:paraId="2BA4A4A0" w14:textId="77777777" w:rsidR="004852C9" w:rsidRDefault="00000000">
      <w:pPr>
        <w:ind w:firstLine="720"/>
      </w:pPr>
      <w:r>
        <w:rPr>
          <w:b/>
        </w:rPr>
        <w:t>Шаг 2. Разбор параметров в конфигурационном отчете:</w:t>
      </w:r>
    </w:p>
    <w:p w14:paraId="664C5155" w14:textId="77777777" w:rsidR="004852C9" w:rsidRDefault="00000000">
      <w:pPr>
        <w:ind w:firstLine="1152"/>
      </w:pPr>
      <w:r>
        <w:t>Найдите в тексте отчета ключевые разделы:</w:t>
      </w:r>
    </w:p>
    <w:p w14:paraId="18D92776" w14:textId="77777777" w:rsidR="004852C9" w:rsidRDefault="00000000">
      <w:pPr>
        <w:ind w:firstLine="1440"/>
      </w:pPr>
      <w:r>
        <w:t>• Раздел `### wp-core ###`: версия WordPress.</w:t>
      </w:r>
    </w:p>
    <w:p w14:paraId="5DCB9DD3" w14:textId="77777777" w:rsidR="004852C9" w:rsidRDefault="00000000">
      <w:pPr>
        <w:ind w:firstLine="1440"/>
      </w:pPr>
      <w:r>
        <w:t>• Раздел `### wp-server ###`: параметры `server_architecture` (веб-сервер), `php_version` (версия PHP), `php_memory_limit` (лимит памяти), `max_execution_time` (тайм-аут выполнения), `upload_max_filesize` (лимит загрузки файлов).</w:t>
      </w:r>
    </w:p>
    <w:p w14:paraId="67729E30" w14:textId="77777777" w:rsidR="004852C9" w:rsidRDefault="00000000">
      <w:pPr>
        <w:ind w:firstLine="1440"/>
      </w:pPr>
      <w:r>
        <w:lastRenderedPageBreak/>
        <w:t>• Раздел `### wp-database ###`: версия MySQL/MariaDB, префикс таблиц базы данных (`wp_`).</w:t>
      </w:r>
    </w:p>
    <w:p w14:paraId="332B7EEA" w14:textId="77777777" w:rsidR="004852C9" w:rsidRDefault="00000000">
      <w:pPr>
        <w:ind w:firstLine="720"/>
      </w:pPr>
      <w:r>
        <w:rPr>
          <w:b/>
        </w:rPr>
        <w:t>Шаг 3. Заполнение технического паспорта конфигурации ресурса:</w:t>
      </w:r>
    </w:p>
    <w:p w14:paraId="26B0AAEE" w14:textId="77777777" w:rsidR="004852C9" w:rsidRDefault="00000000">
      <w:pPr>
        <w:ind w:firstLine="720"/>
      </w:pPr>
      <w:r>
        <w:t>На основе полученных данных заполните Таблицу 2.2 в отчете: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491"/>
        <w:gridCol w:w="2491"/>
        <w:gridCol w:w="2491"/>
        <w:gridCol w:w="2491"/>
      </w:tblGrid>
      <w:tr w:rsidR="004852C9" w14:paraId="65BE644A" w14:textId="77777777">
        <w:trPr>
          <w:jc w:val="center"/>
        </w:trPr>
        <w:tc>
          <w:tcPr>
            <w:tcW w:w="249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29A30B8" w14:textId="77777777" w:rsidR="004852C9" w:rsidRDefault="00000000">
            <w:pPr>
              <w:spacing w:after="40"/>
              <w:jc w:val="center"/>
            </w:pPr>
            <w:r>
              <w:rPr>
                <w:b/>
                <w:sz w:val="22"/>
              </w:rPr>
              <w:t>Параметр окружения</w:t>
            </w:r>
          </w:p>
        </w:tc>
        <w:tc>
          <w:tcPr>
            <w:tcW w:w="249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04BEEE4" w14:textId="77777777" w:rsidR="004852C9" w:rsidRDefault="00000000">
            <w:pPr>
              <w:spacing w:after="40"/>
              <w:jc w:val="center"/>
            </w:pPr>
            <w:r>
              <w:rPr>
                <w:b/>
                <w:sz w:val="22"/>
              </w:rPr>
              <w:t>Фактическое значение на вашем сервере</w:t>
            </w:r>
          </w:p>
        </w:tc>
        <w:tc>
          <w:tcPr>
            <w:tcW w:w="249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C1877D3" w14:textId="77777777" w:rsidR="004852C9" w:rsidRDefault="00000000">
            <w:pPr>
              <w:spacing w:after="40"/>
              <w:jc w:val="center"/>
            </w:pPr>
            <w:r>
              <w:rPr>
                <w:b/>
                <w:sz w:val="22"/>
              </w:rPr>
              <w:t>Рекомендуемое нормативное значение</w:t>
            </w:r>
          </w:p>
        </w:tc>
        <w:tc>
          <w:tcPr>
            <w:tcW w:w="249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1B988B6" w14:textId="77777777" w:rsidR="004852C9" w:rsidRDefault="00000000">
            <w:pPr>
              <w:spacing w:after="40"/>
              <w:jc w:val="center"/>
            </w:pPr>
            <w:r>
              <w:rPr>
                <w:b/>
                <w:sz w:val="22"/>
              </w:rPr>
              <w:t>Техническая оценка</w:t>
            </w:r>
          </w:p>
        </w:tc>
      </w:tr>
      <w:tr w:rsidR="004852C9" w14:paraId="79F9575A" w14:textId="77777777">
        <w:trPr>
          <w:jc w:val="center"/>
        </w:trPr>
        <w:tc>
          <w:tcPr>
            <w:tcW w:w="249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41A513C" w14:textId="77777777" w:rsidR="004852C9" w:rsidRDefault="00000000">
            <w:pPr>
              <w:spacing w:after="20"/>
            </w:pPr>
            <w:r>
              <w:rPr>
                <w:sz w:val="20"/>
              </w:rPr>
              <w:t>Версия ядра WordPress</w:t>
            </w:r>
          </w:p>
        </w:tc>
        <w:tc>
          <w:tcPr>
            <w:tcW w:w="249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0AB4949" w14:textId="77777777" w:rsidR="004852C9" w:rsidRDefault="00000000">
            <w:pPr>
              <w:spacing w:after="20"/>
            </w:pPr>
            <w:r>
              <w:rPr>
                <w:sz w:val="20"/>
              </w:rPr>
              <w:t>[Заполнить по отчету: напр. 6.7.x]</w:t>
            </w:r>
          </w:p>
        </w:tc>
        <w:tc>
          <w:tcPr>
            <w:tcW w:w="249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6272ADF" w14:textId="77777777" w:rsidR="004852C9" w:rsidRDefault="00000000">
            <w:pPr>
              <w:spacing w:after="20"/>
            </w:pPr>
            <w:r>
              <w:rPr>
                <w:sz w:val="20"/>
              </w:rPr>
              <w:t>Актуальная ветка (6.x)</w:t>
            </w:r>
          </w:p>
        </w:tc>
        <w:tc>
          <w:tcPr>
            <w:tcW w:w="249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7A46D13" w14:textId="77777777" w:rsidR="004852C9" w:rsidRDefault="00000000">
            <w:pPr>
              <w:spacing w:after="20"/>
            </w:pPr>
            <w:r>
              <w:rPr>
                <w:sz w:val="20"/>
              </w:rPr>
              <w:t>ОК</w:t>
            </w:r>
          </w:p>
        </w:tc>
      </w:tr>
      <w:tr w:rsidR="004852C9" w14:paraId="5D67D87E" w14:textId="77777777">
        <w:trPr>
          <w:jc w:val="center"/>
        </w:trPr>
        <w:tc>
          <w:tcPr>
            <w:tcW w:w="249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7F7F7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D9915A6" w14:textId="77777777" w:rsidR="004852C9" w:rsidRDefault="00000000">
            <w:pPr>
              <w:spacing w:after="20"/>
            </w:pPr>
            <w:r>
              <w:rPr>
                <w:sz w:val="20"/>
              </w:rPr>
              <w:t>Веб-сервер</w:t>
            </w:r>
          </w:p>
        </w:tc>
        <w:tc>
          <w:tcPr>
            <w:tcW w:w="249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7F7F7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24E0682F" w14:textId="77777777" w:rsidR="004852C9" w:rsidRDefault="00000000">
            <w:pPr>
              <w:spacing w:after="20"/>
            </w:pPr>
            <w:r>
              <w:rPr>
                <w:sz w:val="20"/>
              </w:rPr>
              <w:t>[Например: Apache/2.4.x / Nginx]</w:t>
            </w:r>
          </w:p>
        </w:tc>
        <w:tc>
          <w:tcPr>
            <w:tcW w:w="249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7F7F7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00995AF" w14:textId="77777777" w:rsidR="004852C9" w:rsidRDefault="00000000">
            <w:pPr>
              <w:spacing w:after="20"/>
            </w:pPr>
            <w:r>
              <w:rPr>
                <w:sz w:val="20"/>
              </w:rPr>
              <w:t>Apache 2.4+ или Nginx</w:t>
            </w:r>
          </w:p>
        </w:tc>
        <w:tc>
          <w:tcPr>
            <w:tcW w:w="249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7F7F7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AC046C6" w14:textId="77777777" w:rsidR="004852C9" w:rsidRDefault="00000000">
            <w:pPr>
              <w:spacing w:after="20"/>
            </w:pPr>
            <w:r>
              <w:rPr>
                <w:sz w:val="20"/>
              </w:rPr>
              <w:t>ОК</w:t>
            </w:r>
          </w:p>
        </w:tc>
      </w:tr>
      <w:tr w:rsidR="004852C9" w14:paraId="5F629654" w14:textId="77777777">
        <w:trPr>
          <w:jc w:val="center"/>
        </w:trPr>
        <w:tc>
          <w:tcPr>
            <w:tcW w:w="249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3E94D4F" w14:textId="77777777" w:rsidR="004852C9" w:rsidRDefault="00000000">
            <w:pPr>
              <w:spacing w:after="20"/>
            </w:pPr>
            <w:r>
              <w:rPr>
                <w:sz w:val="20"/>
              </w:rPr>
              <w:t>Версия интерпретатора PHP</w:t>
            </w:r>
          </w:p>
        </w:tc>
        <w:tc>
          <w:tcPr>
            <w:tcW w:w="249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847D359" w14:textId="77777777" w:rsidR="004852C9" w:rsidRDefault="00000000">
            <w:pPr>
              <w:spacing w:after="20"/>
            </w:pPr>
            <w:r>
              <w:rPr>
                <w:sz w:val="20"/>
              </w:rPr>
              <w:t>[Заполнить по отчету: напр. 8.1.x]</w:t>
            </w:r>
          </w:p>
        </w:tc>
        <w:tc>
          <w:tcPr>
            <w:tcW w:w="249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683DCB7" w14:textId="77777777" w:rsidR="004852C9" w:rsidRDefault="00000000">
            <w:pPr>
              <w:spacing w:after="20"/>
            </w:pPr>
            <w:r>
              <w:rPr>
                <w:sz w:val="20"/>
              </w:rPr>
              <w:t>PHP 8.1.x – 8.3.x</w:t>
            </w:r>
          </w:p>
        </w:tc>
        <w:tc>
          <w:tcPr>
            <w:tcW w:w="249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BB73B17" w14:textId="77777777" w:rsidR="004852C9" w:rsidRDefault="00000000">
            <w:pPr>
              <w:spacing w:after="20"/>
            </w:pPr>
            <w:r>
              <w:rPr>
                <w:sz w:val="20"/>
              </w:rPr>
              <w:t>Оценить соответствие</w:t>
            </w:r>
          </w:p>
        </w:tc>
      </w:tr>
      <w:tr w:rsidR="004852C9" w14:paraId="76AF6452" w14:textId="77777777">
        <w:trPr>
          <w:jc w:val="center"/>
        </w:trPr>
        <w:tc>
          <w:tcPr>
            <w:tcW w:w="249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7F7F7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42DFE76" w14:textId="77777777" w:rsidR="004852C9" w:rsidRDefault="00000000">
            <w:pPr>
              <w:spacing w:after="20"/>
            </w:pPr>
            <w:r>
              <w:rPr>
                <w:sz w:val="20"/>
              </w:rPr>
              <w:t>Лимит оперативной памяти (memory_limit)</w:t>
            </w:r>
          </w:p>
        </w:tc>
        <w:tc>
          <w:tcPr>
            <w:tcW w:w="249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7F7F7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387EEED" w14:textId="77777777" w:rsidR="004852C9" w:rsidRDefault="00000000">
            <w:pPr>
              <w:spacing w:after="20"/>
            </w:pPr>
            <w:r>
              <w:rPr>
                <w:sz w:val="20"/>
              </w:rPr>
              <w:t>[Заполнить по отчету: напр. 128M / 256M]</w:t>
            </w:r>
          </w:p>
        </w:tc>
        <w:tc>
          <w:tcPr>
            <w:tcW w:w="249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7F7F7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20E5CFD1" w14:textId="77777777" w:rsidR="004852C9" w:rsidRDefault="00000000">
            <w:pPr>
              <w:spacing w:after="20"/>
            </w:pPr>
            <w:r>
              <w:rPr>
                <w:sz w:val="20"/>
              </w:rPr>
              <w:t>Не менее 128M (рекомендовано 256M)</w:t>
            </w:r>
          </w:p>
        </w:tc>
        <w:tc>
          <w:tcPr>
            <w:tcW w:w="249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7F7F7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2B6256F9" w14:textId="77777777" w:rsidR="004852C9" w:rsidRDefault="00000000">
            <w:pPr>
              <w:spacing w:after="20"/>
            </w:pPr>
            <w:r>
              <w:rPr>
                <w:sz w:val="20"/>
              </w:rPr>
              <w:t>Оценить соответствие</w:t>
            </w:r>
          </w:p>
        </w:tc>
      </w:tr>
      <w:tr w:rsidR="004852C9" w14:paraId="441FC987" w14:textId="77777777">
        <w:trPr>
          <w:jc w:val="center"/>
        </w:trPr>
        <w:tc>
          <w:tcPr>
            <w:tcW w:w="249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41A8A423" w14:textId="77777777" w:rsidR="004852C9" w:rsidRDefault="00000000">
            <w:pPr>
              <w:spacing w:after="20"/>
            </w:pPr>
            <w:r>
              <w:rPr>
                <w:sz w:val="20"/>
              </w:rPr>
              <w:t>Максимальное время выполнения скрипта</w:t>
            </w:r>
          </w:p>
        </w:tc>
        <w:tc>
          <w:tcPr>
            <w:tcW w:w="249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DADA069" w14:textId="77777777" w:rsidR="004852C9" w:rsidRDefault="00000000">
            <w:pPr>
              <w:spacing w:after="20"/>
            </w:pPr>
            <w:r>
              <w:rPr>
                <w:sz w:val="20"/>
              </w:rPr>
              <w:t>[Заполнить по отчету: напр. 30 / 60]</w:t>
            </w:r>
          </w:p>
        </w:tc>
        <w:tc>
          <w:tcPr>
            <w:tcW w:w="249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8EFEA36" w14:textId="77777777" w:rsidR="004852C9" w:rsidRDefault="00000000">
            <w:pPr>
              <w:spacing w:after="20"/>
            </w:pPr>
            <w:r>
              <w:rPr>
                <w:sz w:val="20"/>
              </w:rPr>
              <w:t>30 – 60 секунд</w:t>
            </w:r>
          </w:p>
        </w:tc>
        <w:tc>
          <w:tcPr>
            <w:tcW w:w="249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6F8DC13" w14:textId="77777777" w:rsidR="004852C9" w:rsidRDefault="00000000">
            <w:pPr>
              <w:spacing w:after="20"/>
            </w:pPr>
            <w:r>
              <w:rPr>
                <w:sz w:val="20"/>
              </w:rPr>
              <w:t>Оценить соответствие</w:t>
            </w:r>
          </w:p>
        </w:tc>
      </w:tr>
      <w:tr w:rsidR="004852C9" w14:paraId="4670AE7B" w14:textId="77777777">
        <w:trPr>
          <w:jc w:val="center"/>
        </w:trPr>
        <w:tc>
          <w:tcPr>
            <w:tcW w:w="249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7F7F7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28306DA" w14:textId="77777777" w:rsidR="004852C9" w:rsidRDefault="00000000">
            <w:pPr>
              <w:spacing w:after="20"/>
            </w:pPr>
            <w:r>
              <w:rPr>
                <w:sz w:val="20"/>
              </w:rPr>
              <w:t>Макс. размер загружаемого файла</w:t>
            </w:r>
          </w:p>
        </w:tc>
        <w:tc>
          <w:tcPr>
            <w:tcW w:w="249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7F7F7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47AAA59F" w14:textId="77777777" w:rsidR="004852C9" w:rsidRDefault="00000000">
            <w:pPr>
              <w:spacing w:after="20"/>
            </w:pPr>
            <w:r>
              <w:rPr>
                <w:sz w:val="20"/>
              </w:rPr>
              <w:t>[Заполнить по отчету: напр. 32M / 100M]</w:t>
            </w:r>
          </w:p>
        </w:tc>
        <w:tc>
          <w:tcPr>
            <w:tcW w:w="249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7F7F7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8A0A916" w14:textId="77777777" w:rsidR="004852C9" w:rsidRDefault="00000000">
            <w:pPr>
              <w:spacing w:after="20"/>
            </w:pPr>
            <w:r>
              <w:rPr>
                <w:sz w:val="20"/>
              </w:rPr>
              <w:t>Не менее 16M для учебных медиа</w:t>
            </w:r>
          </w:p>
        </w:tc>
        <w:tc>
          <w:tcPr>
            <w:tcW w:w="249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7F7F7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4683B983" w14:textId="77777777" w:rsidR="004852C9" w:rsidRDefault="00000000">
            <w:pPr>
              <w:spacing w:after="20"/>
            </w:pPr>
            <w:r>
              <w:rPr>
                <w:sz w:val="20"/>
              </w:rPr>
              <w:t>Оценить соответствие</w:t>
            </w:r>
          </w:p>
        </w:tc>
      </w:tr>
      <w:tr w:rsidR="004852C9" w14:paraId="41EA911C" w14:textId="77777777">
        <w:trPr>
          <w:jc w:val="center"/>
        </w:trPr>
        <w:tc>
          <w:tcPr>
            <w:tcW w:w="249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BE280FE" w14:textId="77777777" w:rsidR="004852C9" w:rsidRDefault="00000000">
            <w:pPr>
              <w:spacing w:after="20"/>
            </w:pPr>
            <w:r>
              <w:rPr>
                <w:sz w:val="20"/>
              </w:rPr>
              <w:t>СУБД и версия сервера баз данных</w:t>
            </w:r>
          </w:p>
        </w:tc>
        <w:tc>
          <w:tcPr>
            <w:tcW w:w="249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B7B8815" w14:textId="77777777" w:rsidR="004852C9" w:rsidRDefault="00000000">
            <w:pPr>
              <w:spacing w:after="20"/>
            </w:pPr>
            <w:r>
              <w:rPr>
                <w:sz w:val="20"/>
              </w:rPr>
              <w:t>[Заполнить по отчету: напр. MySQL 8.0]</w:t>
            </w:r>
          </w:p>
        </w:tc>
        <w:tc>
          <w:tcPr>
            <w:tcW w:w="249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D20788C" w14:textId="77777777" w:rsidR="004852C9" w:rsidRDefault="00000000">
            <w:pPr>
              <w:spacing w:after="20"/>
            </w:pPr>
            <w:r>
              <w:rPr>
                <w:sz w:val="20"/>
              </w:rPr>
              <w:t>MySQL 8.0+ или MariaDB 10.5+</w:t>
            </w:r>
          </w:p>
        </w:tc>
        <w:tc>
          <w:tcPr>
            <w:tcW w:w="249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1BD9ADA" w14:textId="77777777" w:rsidR="004852C9" w:rsidRDefault="00000000">
            <w:pPr>
              <w:spacing w:after="20"/>
            </w:pPr>
            <w:r>
              <w:rPr>
                <w:sz w:val="20"/>
              </w:rPr>
              <w:t>ОК</w:t>
            </w:r>
          </w:p>
        </w:tc>
      </w:tr>
      <w:tr w:rsidR="004852C9" w14:paraId="2EF7B7C8" w14:textId="77777777">
        <w:trPr>
          <w:jc w:val="center"/>
        </w:trPr>
        <w:tc>
          <w:tcPr>
            <w:tcW w:w="249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7F7F7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ECDB8EF" w14:textId="77777777" w:rsidR="004852C9" w:rsidRDefault="00000000">
            <w:pPr>
              <w:spacing w:after="20"/>
            </w:pPr>
            <w:r>
              <w:rPr>
                <w:sz w:val="20"/>
              </w:rPr>
              <w:t>Префикс таблиц базы данных</w:t>
            </w:r>
          </w:p>
        </w:tc>
        <w:tc>
          <w:tcPr>
            <w:tcW w:w="249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7F7F7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53C99E5" w14:textId="77777777" w:rsidR="004852C9" w:rsidRDefault="00000000">
            <w:pPr>
              <w:spacing w:after="20"/>
            </w:pPr>
            <w:r>
              <w:rPr>
                <w:sz w:val="20"/>
              </w:rPr>
              <w:t>[Заполнить по отчету: напр. wp_]</w:t>
            </w:r>
          </w:p>
        </w:tc>
        <w:tc>
          <w:tcPr>
            <w:tcW w:w="249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7F7F7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0E89D57" w14:textId="77777777" w:rsidR="004852C9" w:rsidRDefault="00000000">
            <w:pPr>
              <w:spacing w:after="20"/>
            </w:pPr>
            <w:r>
              <w:rPr>
                <w:sz w:val="20"/>
              </w:rPr>
              <w:t>Нестандартный для продакшена (не wp_)</w:t>
            </w:r>
          </w:p>
        </w:tc>
        <w:tc>
          <w:tcPr>
            <w:tcW w:w="249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7F7F7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6E8E076" w14:textId="77777777" w:rsidR="004852C9" w:rsidRDefault="00000000">
            <w:pPr>
              <w:spacing w:after="20"/>
            </w:pPr>
            <w:r>
              <w:rPr>
                <w:sz w:val="20"/>
              </w:rPr>
              <w:t>Оценить риск безопасности</w:t>
            </w:r>
          </w:p>
        </w:tc>
      </w:tr>
      <w:tr w:rsidR="004852C9" w14:paraId="5AF0A6AA" w14:textId="77777777">
        <w:trPr>
          <w:jc w:val="center"/>
        </w:trPr>
        <w:tc>
          <w:tcPr>
            <w:tcW w:w="249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0522DDF" w14:textId="77777777" w:rsidR="004852C9" w:rsidRDefault="00000000">
            <w:pPr>
              <w:spacing w:after="20"/>
            </w:pPr>
            <w:r>
              <w:rPr>
                <w:sz w:val="20"/>
              </w:rPr>
              <w:t>Статус защищенного соединения HTTPS</w:t>
            </w:r>
          </w:p>
        </w:tc>
        <w:tc>
          <w:tcPr>
            <w:tcW w:w="249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BB6C963" w14:textId="77777777" w:rsidR="004852C9" w:rsidRDefault="00000000">
            <w:pPr>
              <w:spacing w:after="20"/>
            </w:pPr>
            <w:r>
              <w:rPr>
                <w:sz w:val="20"/>
              </w:rPr>
              <w:t>[Заполнить по отчету: Не поддерживается]</w:t>
            </w:r>
          </w:p>
        </w:tc>
        <w:tc>
          <w:tcPr>
            <w:tcW w:w="249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4E589ABA" w14:textId="77777777" w:rsidR="004852C9" w:rsidRDefault="00000000">
            <w:pPr>
              <w:spacing w:after="20"/>
            </w:pPr>
            <w:r>
              <w:rPr>
                <w:sz w:val="20"/>
              </w:rPr>
              <w:t>TLS 1.3 с валидным сертификатом</w:t>
            </w:r>
          </w:p>
        </w:tc>
        <w:tc>
          <w:tcPr>
            <w:tcW w:w="249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834C184" w14:textId="77777777" w:rsidR="004852C9" w:rsidRDefault="00000000">
            <w:pPr>
              <w:spacing w:after="20"/>
            </w:pPr>
            <w:r>
              <w:rPr>
                <w:sz w:val="20"/>
              </w:rPr>
              <w:t>Внимание (для localhost допустимо)</w:t>
            </w:r>
          </w:p>
        </w:tc>
      </w:tr>
      <w:tr w:rsidR="004852C9" w14:paraId="02B38312" w14:textId="77777777">
        <w:trPr>
          <w:jc w:val="center"/>
        </w:trPr>
        <w:tc>
          <w:tcPr>
            <w:tcW w:w="249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7F7F7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D36AD0F" w14:textId="77777777" w:rsidR="004852C9" w:rsidRDefault="00000000">
            <w:pPr>
              <w:spacing w:after="20"/>
            </w:pPr>
            <w:r>
              <w:rPr>
                <w:sz w:val="20"/>
              </w:rPr>
              <w:t>Активная тема и количество плагинов</w:t>
            </w:r>
          </w:p>
        </w:tc>
        <w:tc>
          <w:tcPr>
            <w:tcW w:w="249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7F7F7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59A0878" w14:textId="77777777" w:rsidR="004852C9" w:rsidRDefault="00000000">
            <w:pPr>
              <w:spacing w:after="20"/>
            </w:pPr>
            <w:r>
              <w:rPr>
                <w:sz w:val="20"/>
              </w:rPr>
              <w:t>[Заполнить по отчету: напр. 2 активных]</w:t>
            </w:r>
          </w:p>
        </w:tc>
        <w:tc>
          <w:tcPr>
            <w:tcW w:w="249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7F7F7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143AC46" w14:textId="77777777" w:rsidR="004852C9" w:rsidRDefault="00000000">
            <w:pPr>
              <w:spacing w:after="20"/>
            </w:pPr>
            <w:r>
              <w:rPr>
                <w:sz w:val="20"/>
              </w:rPr>
              <w:t>Минимум неиспользуемых расширений</w:t>
            </w:r>
          </w:p>
        </w:tc>
        <w:tc>
          <w:tcPr>
            <w:tcW w:w="249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7F7F7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2C34DA9D" w14:textId="77777777" w:rsidR="004852C9" w:rsidRDefault="00000000">
            <w:pPr>
              <w:spacing w:after="20"/>
            </w:pPr>
            <w:r>
              <w:rPr>
                <w:sz w:val="20"/>
              </w:rPr>
              <w:t>Оценить избыточность</w:t>
            </w:r>
          </w:p>
        </w:tc>
      </w:tr>
    </w:tbl>
    <w:p w14:paraId="3BB7E856" w14:textId="77777777" w:rsidR="004852C9" w:rsidRDefault="004852C9">
      <w:pPr>
        <w:spacing w:after="120"/>
      </w:pPr>
    </w:p>
    <w:p w14:paraId="1958F7D3" w14:textId="77777777" w:rsidR="004852C9" w:rsidRDefault="00000000">
      <w:pPr>
        <w:ind w:firstLine="720"/>
      </w:pPr>
      <w:r>
        <w:rPr>
          <w:b/>
        </w:rPr>
        <w:t>Шаг 4. Формирование инженерного заключения об эксплуатационной готовности:</w:t>
      </w:r>
    </w:p>
    <w:p w14:paraId="05281633" w14:textId="77777777" w:rsidR="004852C9" w:rsidRDefault="00000000">
      <w:pPr>
        <w:ind w:firstLine="720"/>
      </w:pPr>
      <w:r>
        <w:t>В завершение работы составьте краткое письменное заключение (3–4 предложения), ответив на вопросы:</w:t>
      </w:r>
    </w:p>
    <w:p w14:paraId="6DE84D02" w14:textId="77777777" w:rsidR="004852C9" w:rsidRDefault="00000000">
      <w:pPr>
        <w:ind w:firstLine="1152"/>
      </w:pPr>
      <w:r>
        <w:t>1) Достаточны ли выделенные серверные ресурсы (memory_limit, upload_max_filesize) для нормальной работы учебного ресурса?</w:t>
      </w:r>
    </w:p>
    <w:p w14:paraId="03DF458F" w14:textId="77777777" w:rsidR="004852C9" w:rsidRDefault="00000000">
      <w:pPr>
        <w:ind w:firstLine="1152"/>
      </w:pPr>
      <w:r>
        <w:t>2) Какие обязательные изменения настроек безопасности (HTTPS, префикс таблиц, права на конфигурационный файл) необходимо произвести перед переносом сайта с локального стенда на внешний хостинг?</w:t>
      </w:r>
    </w:p>
    <w:p w14:paraId="277C2DC8" w14:textId="77777777" w:rsidR="004852C9" w:rsidRDefault="00000000">
      <w:pPr>
        <w:spacing w:before="160"/>
      </w:pPr>
      <w:r>
        <w:rPr>
          <w:b/>
        </w:rPr>
        <w:t>4. КРИТЕРИИ ОЦЕНКИ (ПРАКТИЧЕСКАЯ РАБОТА № 2)</w:t>
      </w:r>
    </w:p>
    <w:p w14:paraId="61F51949" w14:textId="77777777" w:rsidR="004852C9" w:rsidRDefault="00000000">
      <w:pPr>
        <w:ind w:firstLine="720"/>
      </w:pPr>
      <w:r>
        <w:lastRenderedPageBreak/>
        <w:t>• Оценка «5» (Отлично): практические задания 2.1–2.4 выполнены в полном объеме; строго соблюден регламент персонального именования пользователей и материалов (на скриншотах четко видна фамилия студента); представлена полностью заполненная матрица полномочий RBAC (Таблица 2.1); заполнен технический паспорт конфигурации (Таблица 2.2) с грамотным инженерным заключением; вставлены все 3 обязательных скриншота; даны исчерпывающие и аргументированные ответы на все 6 контрольных вопросов.</w:t>
      </w:r>
    </w:p>
    <w:p w14:paraId="12D7F83D" w14:textId="77777777" w:rsidR="004852C9" w:rsidRDefault="00000000">
      <w:pPr>
        <w:ind w:firstLine="720"/>
      </w:pPr>
      <w:r>
        <w:t>• Оценка «4» (Хорошо): задания выполнены в полном объеме; персональные имена пользователей настроены; в паспорте конфигурации или матрице прав допущены 1–2 неточности; скриншоты подтверждают выполнение работы; в ответах на контрольные вопросы имеются мелкие недочеты.</w:t>
      </w:r>
    </w:p>
    <w:p w14:paraId="025AF329" w14:textId="77777777" w:rsidR="004852C9" w:rsidRDefault="00000000">
      <w:pPr>
        <w:ind w:firstLine="720"/>
      </w:pPr>
      <w:r>
        <w:t>• Оценка «3» (Удовлетворительно): созданы пользователи и открыт диагностический модуль, но тестирование ролей выполнено поверхностно; пользователи названы стандартными шаблонными именами без привязки к фамилии; таблицы заполнены не полностью; отсутствуют обязательные скриншоты; ответы на контрольные вопросы даны менее чем на половину вопросов.</w:t>
      </w:r>
    </w:p>
    <w:p w14:paraId="762F2BCE" w14:textId="77777777" w:rsidR="004852C9" w:rsidRDefault="00000000">
      <w:pPr>
        <w:ind w:firstLine="720"/>
      </w:pPr>
      <w:r>
        <w:t>• Оценка «2» (Неудовлетворительно): работа не выполнена, отчет не предоставлен либо содержит грубые ошибки и следы прямого копирования чужой работы.</w:t>
      </w:r>
    </w:p>
    <w:p w14:paraId="0AB07BB9" w14:textId="77777777" w:rsidR="004852C9" w:rsidRDefault="00000000">
      <w:pPr>
        <w:spacing w:before="160"/>
      </w:pPr>
      <w:r>
        <w:rPr>
          <w:b/>
        </w:rPr>
        <w:t>5. КОНТРОЛЬНЫЕ ВОПРОСЫ (ПРАКТИЧЕСКАЯ РАБОТА № 2)</w:t>
      </w:r>
    </w:p>
    <w:p w14:paraId="2F87123E" w14:textId="77777777" w:rsidR="004852C9" w:rsidRDefault="00000000">
      <w:pPr>
        <w:ind w:firstLine="720"/>
      </w:pPr>
      <w:r>
        <w:t>1. В чем заключается фундаментальное различие полномочий между ролями «Автор» и «Редактор» при управлении контентом в WordPress?</w:t>
      </w:r>
    </w:p>
    <w:p w14:paraId="6BD3AA8A" w14:textId="77777777" w:rsidR="004852C9" w:rsidRDefault="00000000">
      <w:pPr>
        <w:ind w:firstLine="720"/>
      </w:pPr>
      <w:r>
        <w:t>2. Почему для внештатного контент-менеджера безопаснее назначать роль «Участник» (Contributor), а не «Автор» (Author)?</w:t>
      </w:r>
    </w:p>
    <w:p w14:paraId="32425E0E" w14:textId="77777777" w:rsidR="004852C9" w:rsidRDefault="00000000">
      <w:pPr>
        <w:ind w:firstLine="720"/>
      </w:pPr>
      <w:r>
        <w:t>3. Чем опасна установка роли по умолчанию «Администратор» при включенной опции свободной регистрации на сайте?</w:t>
      </w:r>
    </w:p>
    <w:p w14:paraId="371F048C" w14:textId="77777777" w:rsidR="004852C9" w:rsidRDefault="00000000">
      <w:pPr>
        <w:ind w:firstLine="720"/>
      </w:pPr>
      <w:r>
        <w:t>4. Какие угрозы безопасности веб-ресурса возникают при сохранении стандартного префикса таблиц базы данных wp_?</w:t>
      </w:r>
    </w:p>
    <w:p w14:paraId="3BFE30F2" w14:textId="77777777" w:rsidR="004852C9" w:rsidRDefault="00000000">
      <w:pPr>
        <w:ind w:firstLine="720"/>
      </w:pPr>
      <w:r>
        <w:t>5. Какие риски информационной безопасности влечет за собой оставление включенного режима отладки (WP_DEBUG = true) на общедоступном рабочем сайте?</w:t>
      </w:r>
    </w:p>
    <w:p w14:paraId="21A895B3" w14:textId="77777777" w:rsidR="004852C9" w:rsidRDefault="00000000">
      <w:pPr>
        <w:ind w:firstLine="720"/>
      </w:pPr>
      <w:r>
        <w:t>6. Почему инструмент «Здоровье сайта» рекомендует обязательно удалять неактивные темы и отключенные плагины?</w:t>
      </w:r>
    </w:p>
    <w:p w14:paraId="5B83A913" w14:textId="77777777" w:rsidR="004852C9" w:rsidRDefault="00000000">
      <w:pPr>
        <w:spacing w:before="160"/>
      </w:pPr>
      <w:r>
        <w:rPr>
          <w:b/>
        </w:rPr>
        <w:lastRenderedPageBreak/>
        <w:t>6. ТРЕБОВАНИЯ К ОФОРМЛЕНИЮ ОТЧЕТА</w:t>
      </w:r>
    </w:p>
    <w:p w14:paraId="64FA2ED1" w14:textId="77777777" w:rsidR="004852C9" w:rsidRDefault="00000000">
      <w:pPr>
        <w:ind w:firstLine="720"/>
      </w:pPr>
      <w:r>
        <w:t>Отчет по практической работе оформляется в текстовом процессоре Microsoft Word (или аналогах) в формате документа docx.</w:t>
      </w:r>
    </w:p>
    <w:p w14:paraId="6CE2FDDC" w14:textId="77777777" w:rsidR="004852C9" w:rsidRDefault="00000000">
      <w:pPr>
        <w:ind w:firstLine="720"/>
      </w:pPr>
      <w:r>
        <w:rPr>
          <w:b/>
        </w:rPr>
        <w:t>Формат оформления ФамилияГруппа.docx (пример правильного имени файла: ПетровИС11.docx).</w:t>
      </w:r>
    </w:p>
    <w:p w14:paraId="5B31DD60" w14:textId="77777777" w:rsidR="004852C9" w:rsidRDefault="00000000">
      <w:pPr>
        <w:ind w:firstLine="720"/>
      </w:pPr>
      <w:r>
        <w:rPr>
          <w:b/>
        </w:rPr>
        <w:t>Обязательный состав отчета:</w:t>
      </w:r>
    </w:p>
    <w:p w14:paraId="2306A0D7" w14:textId="77777777" w:rsidR="004852C9" w:rsidRDefault="00000000">
      <w:pPr>
        <w:ind w:firstLine="720"/>
      </w:pPr>
      <w:r>
        <w:t>1. Титульная часть: наименование дисциплины, тема работы, ФИО студента и номер группы.</w:t>
      </w:r>
    </w:p>
    <w:p w14:paraId="50552056" w14:textId="77777777" w:rsidR="004852C9" w:rsidRDefault="00000000">
      <w:pPr>
        <w:ind w:firstLine="720"/>
      </w:pPr>
      <w:r>
        <w:t>2. Три скриншота, подтверждающие выполнение заданий 2.1, 2.2 и 2.3 с четко различимой ВАШЕЙ ФАМИЛИЕЙ в именах пользователей или заголовках статей.</w:t>
      </w:r>
    </w:p>
    <w:p w14:paraId="6CC660FA" w14:textId="77777777" w:rsidR="004852C9" w:rsidRDefault="00000000">
      <w:pPr>
        <w:ind w:firstLine="720"/>
      </w:pPr>
      <w:r>
        <w:t>3. Заполненная Таблица 2.1 (Матрица разграничения полномочий RBAC).</w:t>
      </w:r>
    </w:p>
    <w:p w14:paraId="11833994" w14:textId="77777777" w:rsidR="004852C9" w:rsidRDefault="00000000">
      <w:pPr>
        <w:ind w:firstLine="720"/>
      </w:pPr>
      <w:r>
        <w:t>4. Заполненная Таблица 2.2 (Паспорт конфигурации Site Health) и письменное инженерное заключение.</w:t>
      </w:r>
    </w:p>
    <w:p w14:paraId="7244A5AD" w14:textId="77777777" w:rsidR="004852C9" w:rsidRDefault="00000000">
      <w:pPr>
        <w:ind w:firstLine="720"/>
      </w:pPr>
      <w:r>
        <w:t>5. Развернутые письменные ответы на 6 контрольных вопросов.</w:t>
      </w:r>
    </w:p>
    <w:sectPr w:rsidR="004852C9" w:rsidSect="00034616">
      <w:pgSz w:w="12240" w:h="15840"/>
      <w:pgMar w:top="1138" w:right="1138" w:bottom="1138" w:left="113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77594939">
    <w:abstractNumId w:val="8"/>
  </w:num>
  <w:num w:numId="2" w16cid:durableId="1924794783">
    <w:abstractNumId w:val="6"/>
  </w:num>
  <w:num w:numId="3" w16cid:durableId="1773740118">
    <w:abstractNumId w:val="5"/>
  </w:num>
  <w:num w:numId="4" w16cid:durableId="1147405769">
    <w:abstractNumId w:val="4"/>
  </w:num>
  <w:num w:numId="5" w16cid:durableId="297297266">
    <w:abstractNumId w:val="7"/>
  </w:num>
  <w:num w:numId="6" w16cid:durableId="1466967005">
    <w:abstractNumId w:val="3"/>
  </w:num>
  <w:num w:numId="7" w16cid:durableId="1872112428">
    <w:abstractNumId w:val="2"/>
  </w:num>
  <w:num w:numId="8" w16cid:durableId="1961107385">
    <w:abstractNumId w:val="1"/>
  </w:num>
  <w:num w:numId="9" w16cid:durableId="35654635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8393E"/>
    <w:rsid w:val="0029639D"/>
    <w:rsid w:val="00326F90"/>
    <w:rsid w:val="004451DA"/>
    <w:rsid w:val="004852C9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F80B41F"/>
  <w14:defaultImageDpi w14:val="300"/>
  <w15:docId w15:val="{B1097F97-0276-B943-9B2A-3E37E62CA4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80"/>
    </w:pPr>
    <w:rPr>
      <w:rFonts w:ascii="Times New Roman" w:hAnsi="Times New Roman"/>
      <w:color w:val="000000"/>
      <w:sz w:val="2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23</Pages>
  <Words>5409</Words>
  <Characters>30832</Characters>
  <Application>Microsoft Office Word</Application>
  <DocSecurity>0</DocSecurity>
  <Lines>256</Lines>
  <Paragraphs>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36169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OFF6018 UserOFF</cp:lastModifiedBy>
  <cp:revision>2</cp:revision>
  <dcterms:created xsi:type="dcterms:W3CDTF">2013-12-23T23:15:00Z</dcterms:created>
  <dcterms:modified xsi:type="dcterms:W3CDTF">2026-10-12T10:18:00Z</dcterms:modified>
  <cp:category/>
</cp:coreProperties>
</file>